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01EE7" w14:textId="77777777" w:rsidR="008B0750" w:rsidRPr="00F02364" w:rsidRDefault="008B0750" w:rsidP="005016F3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様式第４号</w:t>
      </w:r>
    </w:p>
    <w:p w14:paraId="0F7E4350" w14:textId="77777777" w:rsidR="008B0750" w:rsidRPr="00F02364" w:rsidRDefault="008B0750" w:rsidP="005016F3">
      <w:pPr>
        <w:widowControl w:val="0"/>
        <w:spacing w:after="0" w:line="340" w:lineRule="exact"/>
        <w:ind w:left="899" w:hangingChars="428" w:hanging="899"/>
        <w:jc w:val="center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事　業　実　績　書</w:t>
      </w:r>
    </w:p>
    <w:p w14:paraId="79E8FACC" w14:textId="77777777" w:rsidR="008B0750" w:rsidRPr="00F02364" w:rsidRDefault="008B0750" w:rsidP="005016F3">
      <w:pPr>
        <w:widowControl w:val="0"/>
        <w:spacing w:after="0" w:line="340" w:lineRule="exact"/>
        <w:ind w:left="899" w:hangingChars="428" w:hanging="899"/>
        <w:jc w:val="center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9EA60C9" w14:textId="3ADD9152" w:rsidR="008B0750" w:rsidRPr="00F02364" w:rsidRDefault="008B0750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color w:val="000000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color w:val="000000"/>
          <w:kern w:val="2"/>
          <w:sz w:val="21"/>
          <w:szCs w:val="21"/>
          <w:lang w:eastAsia="ja-JP"/>
        </w:rPr>
        <w:t>１．</w:t>
      </w:r>
      <w:r w:rsidRPr="00F02364">
        <w:rPr>
          <w:rFonts w:asciiTheme="minorEastAsia" w:hAnsiTheme="minorEastAsia" w:cs="Times New Roman" w:hint="eastAsia"/>
          <w:color w:val="000000"/>
          <w:kern w:val="2"/>
          <w:sz w:val="21"/>
          <w:szCs w:val="21"/>
          <w:lang w:eastAsia="ja-JP"/>
        </w:rPr>
        <w:t>地方公共団体</w:t>
      </w:r>
      <w:r w:rsidR="005016F3" w:rsidRPr="00F02364">
        <w:rPr>
          <w:rFonts w:asciiTheme="minorEastAsia" w:hAnsiTheme="minorEastAsia" w:cs="Times New Roman" w:hint="eastAsia"/>
          <w:color w:val="000000"/>
          <w:kern w:val="2"/>
          <w:sz w:val="21"/>
          <w:szCs w:val="21"/>
          <w:lang w:eastAsia="ja-JP"/>
        </w:rPr>
        <w:t>での道路台帳管理システム</w:t>
      </w:r>
      <w:r w:rsidRPr="00F02364">
        <w:rPr>
          <w:rFonts w:asciiTheme="minorEastAsia" w:hAnsiTheme="minorEastAsia" w:cs="Times New Roman" w:hint="eastAsia"/>
          <w:color w:val="000000"/>
          <w:kern w:val="2"/>
          <w:sz w:val="21"/>
          <w:szCs w:val="21"/>
          <w:lang w:eastAsia="ja-JP"/>
        </w:rPr>
        <w:t>の</w:t>
      </w:r>
      <w:r w:rsidR="005016F3" w:rsidRPr="00F02364">
        <w:rPr>
          <w:rFonts w:asciiTheme="minorEastAsia" w:hAnsiTheme="minorEastAsia" w:cs="Times New Roman" w:hint="eastAsia"/>
          <w:color w:val="000000"/>
          <w:kern w:val="2"/>
          <w:sz w:val="21"/>
          <w:szCs w:val="21"/>
          <w:lang w:eastAsia="ja-JP"/>
        </w:rPr>
        <w:t>構築（再構築）又は運用</w:t>
      </w:r>
      <w:r w:rsidRPr="00F02364">
        <w:rPr>
          <w:rFonts w:asciiTheme="minorEastAsia" w:hAnsiTheme="minorEastAsia" w:cs="Times New Roman" w:hint="eastAsia"/>
          <w:color w:val="000000"/>
          <w:kern w:val="2"/>
          <w:sz w:val="21"/>
          <w:szCs w:val="21"/>
          <w:lang w:eastAsia="ja-JP"/>
        </w:rPr>
        <w:t>実績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547"/>
        <w:gridCol w:w="2598"/>
        <w:gridCol w:w="1392"/>
        <w:gridCol w:w="1392"/>
      </w:tblGrid>
      <w:tr w:rsidR="00EB318F" w:rsidRPr="00262C1D" w14:paraId="290FD781" w14:textId="77777777" w:rsidTr="00EE0EF3">
        <w:trPr>
          <w:trHeight w:val="351"/>
        </w:trPr>
        <w:tc>
          <w:tcPr>
            <w:tcW w:w="8494" w:type="dxa"/>
            <w:gridSpan w:val="5"/>
            <w:shd w:val="clear" w:color="auto" w:fill="auto"/>
            <w:vAlign w:val="center"/>
          </w:tcPr>
          <w:p w14:paraId="43AEEEE6" w14:textId="487BC4AF" w:rsidR="00EB318F" w:rsidRPr="00262C1D" w:rsidRDefault="00EB318F" w:rsidP="00EB318F">
            <w:pPr>
              <w:widowControl w:val="0"/>
              <w:autoSpaceDE w:val="0"/>
              <w:autoSpaceDN w:val="0"/>
              <w:adjustRightInd w:val="0"/>
              <w:spacing w:after="0" w:line="340" w:lineRule="exac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道路台帳管理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4"/>
                <w:lang w:eastAsia="ja-JP"/>
              </w:rPr>
              <w:t>システムの実績数</w:t>
            </w:r>
          </w:p>
        </w:tc>
      </w:tr>
      <w:tr w:rsidR="00262C1D" w:rsidRPr="00262C1D" w14:paraId="13EB9AAC" w14:textId="77777777" w:rsidTr="00AE3CB1">
        <w:trPr>
          <w:trHeight w:val="74"/>
        </w:trPr>
        <w:tc>
          <w:tcPr>
            <w:tcW w:w="8494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CB438E" w14:textId="29878CF3" w:rsidR="008B0750" w:rsidRPr="00262C1D" w:rsidRDefault="005016F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令和３</w:t>
            </w:r>
            <w:r w:rsidR="008B0750"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年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４</w:t>
            </w:r>
            <w:r w:rsidR="008B0750"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月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１</w:t>
            </w:r>
            <w:r w:rsidR="008B0750"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日～令和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８</w:t>
            </w:r>
            <w:r w:rsidR="008B0750"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年</w:t>
            </w:r>
            <w:r w:rsidR="00E66AF5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３</w:t>
            </w:r>
            <w:r w:rsidR="008B0750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月</w:t>
            </w:r>
            <w:r w:rsid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31</w:t>
            </w:r>
            <w:r w:rsidR="008B0750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日ま</w:t>
            </w:r>
            <w:r w:rsidR="008B0750"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でに終了している代表的な実績（</w:t>
            </w:r>
            <w:r w:rsidR="00DC3D5B" w:rsidRPr="00DC3D5B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５</w:t>
            </w:r>
            <w:r w:rsidR="008B0750"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件を上限</w:t>
            </w:r>
            <w:r w:rsidR="008B0750"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）</w:t>
            </w:r>
          </w:p>
        </w:tc>
      </w:tr>
      <w:tr w:rsidR="00262C1D" w:rsidRPr="00262C1D" w14:paraId="1456618E" w14:textId="77777777" w:rsidTr="00AE3CB1">
        <w:trPr>
          <w:trHeight w:val="351"/>
        </w:trPr>
        <w:tc>
          <w:tcPr>
            <w:tcW w:w="1565" w:type="dxa"/>
            <w:shd w:val="clear" w:color="auto" w:fill="auto"/>
            <w:vAlign w:val="center"/>
          </w:tcPr>
          <w:p w14:paraId="5099642B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　注　者</w:t>
            </w:r>
          </w:p>
        </w:tc>
        <w:tc>
          <w:tcPr>
            <w:tcW w:w="1547" w:type="dxa"/>
            <w:vAlign w:val="center"/>
          </w:tcPr>
          <w:p w14:paraId="27A49B7E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人口規模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70EDEA64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業　務　名</w:t>
            </w:r>
          </w:p>
        </w:tc>
        <w:tc>
          <w:tcPr>
            <w:tcW w:w="1392" w:type="dxa"/>
            <w:vAlign w:val="center"/>
          </w:tcPr>
          <w:p w14:paraId="7245F250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発注年度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006DEE2A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発注金額</w:t>
            </w:r>
          </w:p>
        </w:tc>
      </w:tr>
      <w:tr w:rsidR="00262C1D" w:rsidRPr="00262C1D" w14:paraId="0320524F" w14:textId="77777777" w:rsidTr="00AE3CB1">
        <w:trPr>
          <w:trHeight w:val="116"/>
        </w:trPr>
        <w:tc>
          <w:tcPr>
            <w:tcW w:w="1565" w:type="dxa"/>
            <w:shd w:val="clear" w:color="auto" w:fill="auto"/>
          </w:tcPr>
          <w:p w14:paraId="50E94314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1FBF27FA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036D6B8E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17C3CFE0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4E0A7B12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1B809EA4" w14:textId="77777777" w:rsidTr="004E740E">
        <w:trPr>
          <w:trHeight w:val="46"/>
        </w:trPr>
        <w:tc>
          <w:tcPr>
            <w:tcW w:w="1565" w:type="dxa"/>
            <w:shd w:val="clear" w:color="auto" w:fill="auto"/>
          </w:tcPr>
          <w:p w14:paraId="6BB031D0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6173EFC6" w14:textId="10DEBD56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F83CC8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37C25878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35C8CFC2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73D708FC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294E60F8" w14:textId="77777777" w:rsidTr="004E740E">
        <w:trPr>
          <w:trHeight w:val="46"/>
        </w:trPr>
        <w:tc>
          <w:tcPr>
            <w:tcW w:w="1565" w:type="dxa"/>
            <w:shd w:val="clear" w:color="auto" w:fill="auto"/>
          </w:tcPr>
          <w:p w14:paraId="607E17E4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60677804" w14:textId="4C1254FF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F83CC8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7C742AC2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0F99579B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08C283FE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22995D14" w14:textId="77777777" w:rsidTr="00AE3CB1">
        <w:trPr>
          <w:trHeight w:val="46"/>
        </w:trPr>
        <w:tc>
          <w:tcPr>
            <w:tcW w:w="1565" w:type="dxa"/>
            <w:shd w:val="clear" w:color="auto" w:fill="auto"/>
          </w:tcPr>
          <w:p w14:paraId="33710BAD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12D9B173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4479498E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7C079454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49D24477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0A7698DA" w14:textId="77777777" w:rsidTr="00AE3CB1">
        <w:trPr>
          <w:trHeight w:val="46"/>
        </w:trPr>
        <w:tc>
          <w:tcPr>
            <w:tcW w:w="1565" w:type="dxa"/>
            <w:shd w:val="clear" w:color="auto" w:fill="auto"/>
          </w:tcPr>
          <w:p w14:paraId="7094858E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0CD488C2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508F2ACE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1F6A00BF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40AB660B" w14:textId="77777777" w:rsidR="008B0750" w:rsidRPr="00262C1D" w:rsidRDefault="008B0750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0299538B" w14:textId="535A21D7" w:rsidR="00EA085B" w:rsidRDefault="00EA085B" w:rsidP="00EA085B">
      <w:pPr>
        <w:widowControl w:val="0"/>
        <w:spacing w:after="0" w:line="340" w:lineRule="exact"/>
        <w:ind w:left="899" w:hangingChars="428" w:hanging="899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人口が</w:t>
      </w:r>
      <w:r w:rsidR="00887E30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同規模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以上</w:t>
      </w: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の履行実績から優先的に記入すること</w:t>
      </w:r>
      <w:r w:rsidR="003D3019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。</w:t>
      </w:r>
    </w:p>
    <w:p w14:paraId="56915636" w14:textId="77777777" w:rsidR="00DC3D5B" w:rsidRPr="00262C1D" w:rsidRDefault="00DC3D5B" w:rsidP="00EA085B">
      <w:pPr>
        <w:widowControl w:val="0"/>
        <w:spacing w:after="0" w:line="340" w:lineRule="exact"/>
        <w:ind w:left="899" w:hangingChars="428" w:hanging="899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F9B3433" w14:textId="0FBC5D21" w:rsidR="005016F3" w:rsidRPr="00262C1D" w:rsidRDefault="005016F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２．</w:t>
      </w: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地方公共団体での道路占用物</w:t>
      </w:r>
      <w:r w:rsidR="00EB318F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・施工承認</w:t>
      </w: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管理システムの構築（再構築）又は運用実績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547"/>
        <w:gridCol w:w="2598"/>
        <w:gridCol w:w="1392"/>
        <w:gridCol w:w="1392"/>
      </w:tblGrid>
      <w:tr w:rsidR="00EB318F" w:rsidRPr="00262C1D" w14:paraId="17C268D7" w14:textId="77777777" w:rsidTr="00F44DB0">
        <w:trPr>
          <w:trHeight w:val="351"/>
        </w:trPr>
        <w:tc>
          <w:tcPr>
            <w:tcW w:w="8494" w:type="dxa"/>
            <w:gridSpan w:val="5"/>
            <w:shd w:val="clear" w:color="auto" w:fill="auto"/>
            <w:vAlign w:val="center"/>
          </w:tcPr>
          <w:p w14:paraId="6F83362E" w14:textId="14833B4A" w:rsidR="00EB318F" w:rsidRPr="00262C1D" w:rsidRDefault="00EB318F" w:rsidP="00EB318F">
            <w:pPr>
              <w:widowControl w:val="0"/>
              <w:autoSpaceDE w:val="0"/>
              <w:autoSpaceDN w:val="0"/>
              <w:adjustRightInd w:val="0"/>
              <w:spacing w:after="0" w:line="340" w:lineRule="exac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道路占用物</w:t>
            </w: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・施工承認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管理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4"/>
                <w:lang w:eastAsia="ja-JP"/>
              </w:rPr>
              <w:t>システムの実績数</w:t>
            </w:r>
          </w:p>
        </w:tc>
      </w:tr>
      <w:tr w:rsidR="00262C1D" w:rsidRPr="00262C1D" w14:paraId="6F150685" w14:textId="77777777" w:rsidTr="001A10E4">
        <w:trPr>
          <w:trHeight w:val="74"/>
        </w:trPr>
        <w:tc>
          <w:tcPr>
            <w:tcW w:w="8494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83CC9C3" w14:textId="34DB8D81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令和３年４月１日～令和８年</w:t>
            </w:r>
            <w:r w:rsid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３</w:t>
            </w:r>
            <w:r w:rsidR="007724E7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月</w:t>
            </w:r>
            <w:r w:rsidR="00E66AF5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31</w:t>
            </w:r>
            <w:r w:rsidR="007724E7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日</w:t>
            </w: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まで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に終了している代表的な実績（</w:t>
            </w:r>
            <w:r w:rsidR="00DC3D5B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５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件を上限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）</w:t>
            </w:r>
          </w:p>
        </w:tc>
      </w:tr>
      <w:tr w:rsidR="00262C1D" w:rsidRPr="00262C1D" w14:paraId="0A96AC3D" w14:textId="77777777" w:rsidTr="001A10E4">
        <w:trPr>
          <w:trHeight w:val="351"/>
        </w:trPr>
        <w:tc>
          <w:tcPr>
            <w:tcW w:w="1565" w:type="dxa"/>
            <w:shd w:val="clear" w:color="auto" w:fill="auto"/>
            <w:vAlign w:val="center"/>
          </w:tcPr>
          <w:p w14:paraId="14A7FD8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　注　者</w:t>
            </w:r>
          </w:p>
        </w:tc>
        <w:tc>
          <w:tcPr>
            <w:tcW w:w="1547" w:type="dxa"/>
            <w:vAlign w:val="center"/>
          </w:tcPr>
          <w:p w14:paraId="0BB4E19C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人口規模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353FC37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業　務　名</w:t>
            </w:r>
          </w:p>
        </w:tc>
        <w:tc>
          <w:tcPr>
            <w:tcW w:w="1392" w:type="dxa"/>
            <w:vAlign w:val="center"/>
          </w:tcPr>
          <w:p w14:paraId="6A396824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発注年度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75D1FB8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発注金額</w:t>
            </w:r>
          </w:p>
        </w:tc>
      </w:tr>
      <w:tr w:rsidR="00262C1D" w:rsidRPr="00262C1D" w14:paraId="3F78D93B" w14:textId="77777777" w:rsidTr="001A10E4">
        <w:trPr>
          <w:trHeight w:val="116"/>
        </w:trPr>
        <w:tc>
          <w:tcPr>
            <w:tcW w:w="1565" w:type="dxa"/>
            <w:shd w:val="clear" w:color="auto" w:fill="auto"/>
          </w:tcPr>
          <w:p w14:paraId="515A6432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13C2A94F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2DE5F8B1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6A827298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29731852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7FA082B1" w14:textId="77777777" w:rsidTr="000E4F11">
        <w:trPr>
          <w:trHeight w:val="46"/>
        </w:trPr>
        <w:tc>
          <w:tcPr>
            <w:tcW w:w="1565" w:type="dxa"/>
            <w:shd w:val="clear" w:color="auto" w:fill="auto"/>
          </w:tcPr>
          <w:p w14:paraId="38020980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413334C3" w14:textId="11F3879B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6AAE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647BFEB2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03E6D50D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4987F3CB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3D3A1D1D" w14:textId="77777777" w:rsidTr="000E4F11">
        <w:trPr>
          <w:trHeight w:val="46"/>
        </w:trPr>
        <w:tc>
          <w:tcPr>
            <w:tcW w:w="1565" w:type="dxa"/>
            <w:shd w:val="clear" w:color="auto" w:fill="auto"/>
          </w:tcPr>
          <w:p w14:paraId="4BC2B93C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0849133C" w14:textId="46A60021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BA6AAE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76738F81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4A55363B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420E64B4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0A05AAD4" w14:textId="77777777" w:rsidTr="001A10E4">
        <w:trPr>
          <w:trHeight w:val="46"/>
        </w:trPr>
        <w:tc>
          <w:tcPr>
            <w:tcW w:w="1565" w:type="dxa"/>
            <w:shd w:val="clear" w:color="auto" w:fill="auto"/>
          </w:tcPr>
          <w:p w14:paraId="00E3424B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2972FB22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3B19108F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4B9D0EAF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634931B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2A111780" w14:textId="77777777" w:rsidTr="001A10E4">
        <w:trPr>
          <w:trHeight w:val="46"/>
        </w:trPr>
        <w:tc>
          <w:tcPr>
            <w:tcW w:w="1565" w:type="dxa"/>
            <w:shd w:val="clear" w:color="auto" w:fill="auto"/>
          </w:tcPr>
          <w:p w14:paraId="16773CF8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776AA12D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50B62632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76E426E6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29B5447C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6027337E" w14:textId="17372A8B" w:rsidR="005016F3" w:rsidRDefault="003D3019" w:rsidP="003D3019">
      <w:pPr>
        <w:widowControl w:val="0"/>
        <w:spacing w:after="0" w:line="340" w:lineRule="exact"/>
        <w:ind w:left="899" w:hangingChars="428" w:hanging="899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人口が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同規模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以上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の</w:t>
      </w: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履行実績から優先的に記入すること。</w:t>
      </w:r>
    </w:p>
    <w:p w14:paraId="00675BA6" w14:textId="77777777" w:rsidR="00DC3D5B" w:rsidRPr="00262C1D" w:rsidRDefault="00DC3D5B" w:rsidP="003D3019">
      <w:pPr>
        <w:widowControl w:val="0"/>
        <w:spacing w:after="0" w:line="340" w:lineRule="exact"/>
        <w:ind w:left="899" w:hangingChars="428" w:hanging="899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AEF6022" w14:textId="04A40E90" w:rsidR="005016F3" w:rsidRPr="00262C1D" w:rsidRDefault="005016F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３．</w:t>
      </w: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地方公共団体での公園管理システムの構築（再構築）又は運用実績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547"/>
        <w:gridCol w:w="2598"/>
        <w:gridCol w:w="1392"/>
        <w:gridCol w:w="1392"/>
      </w:tblGrid>
      <w:tr w:rsidR="00EB318F" w:rsidRPr="00262C1D" w14:paraId="5FBEA08E" w14:textId="77777777" w:rsidTr="002E5C7D">
        <w:trPr>
          <w:trHeight w:val="351"/>
        </w:trPr>
        <w:tc>
          <w:tcPr>
            <w:tcW w:w="8494" w:type="dxa"/>
            <w:gridSpan w:val="5"/>
            <w:shd w:val="clear" w:color="auto" w:fill="auto"/>
            <w:vAlign w:val="center"/>
          </w:tcPr>
          <w:p w14:paraId="5C5FBC10" w14:textId="7864A683" w:rsidR="00EB318F" w:rsidRPr="00262C1D" w:rsidRDefault="00EB318F" w:rsidP="00EB318F">
            <w:pPr>
              <w:widowControl w:val="0"/>
              <w:autoSpaceDE w:val="0"/>
              <w:autoSpaceDN w:val="0"/>
              <w:adjustRightInd w:val="0"/>
              <w:spacing w:after="0" w:line="340" w:lineRule="exac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公園管理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4"/>
                <w:lang w:eastAsia="ja-JP"/>
              </w:rPr>
              <w:t>システムの実績数</w:t>
            </w:r>
          </w:p>
        </w:tc>
      </w:tr>
      <w:tr w:rsidR="00262C1D" w:rsidRPr="00262C1D" w14:paraId="52E0E57D" w14:textId="77777777" w:rsidTr="001A10E4">
        <w:trPr>
          <w:trHeight w:val="74"/>
        </w:trPr>
        <w:tc>
          <w:tcPr>
            <w:tcW w:w="8494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225342" w14:textId="2E7D717A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令和３年４月１日～令和８年</w:t>
            </w:r>
            <w:r w:rsidR="00E66AF5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３</w:t>
            </w:r>
            <w:r w:rsidR="007724E7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月</w:t>
            </w:r>
            <w:r w:rsidR="00E66AF5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31</w:t>
            </w:r>
            <w:r w:rsidR="007724E7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日</w:t>
            </w: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までに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終了している代表的な実績（</w:t>
            </w:r>
            <w:r w:rsidR="00DC3D5B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５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件を上限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）</w:t>
            </w:r>
          </w:p>
        </w:tc>
      </w:tr>
      <w:tr w:rsidR="00262C1D" w:rsidRPr="00262C1D" w14:paraId="3E02F20C" w14:textId="77777777" w:rsidTr="001A10E4">
        <w:trPr>
          <w:trHeight w:val="351"/>
        </w:trPr>
        <w:tc>
          <w:tcPr>
            <w:tcW w:w="1565" w:type="dxa"/>
            <w:shd w:val="clear" w:color="auto" w:fill="auto"/>
            <w:vAlign w:val="center"/>
          </w:tcPr>
          <w:p w14:paraId="18D0D67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　注　者</w:t>
            </w:r>
          </w:p>
        </w:tc>
        <w:tc>
          <w:tcPr>
            <w:tcW w:w="1547" w:type="dxa"/>
            <w:vAlign w:val="center"/>
          </w:tcPr>
          <w:p w14:paraId="1EBF3AFD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人口規模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2946CD82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業　務　名</w:t>
            </w:r>
          </w:p>
        </w:tc>
        <w:tc>
          <w:tcPr>
            <w:tcW w:w="1392" w:type="dxa"/>
            <w:vAlign w:val="center"/>
          </w:tcPr>
          <w:p w14:paraId="1C46C6A6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発注年度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623FA0A6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発注金額</w:t>
            </w:r>
          </w:p>
        </w:tc>
      </w:tr>
      <w:tr w:rsidR="00262C1D" w:rsidRPr="00262C1D" w14:paraId="3B7296F3" w14:textId="77777777" w:rsidTr="001A10E4">
        <w:trPr>
          <w:trHeight w:val="116"/>
        </w:trPr>
        <w:tc>
          <w:tcPr>
            <w:tcW w:w="1565" w:type="dxa"/>
            <w:shd w:val="clear" w:color="auto" w:fill="auto"/>
          </w:tcPr>
          <w:p w14:paraId="120C85DD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0578180D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6B3F5701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77F9A89D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3FC6749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7A4E0DEC" w14:textId="77777777" w:rsidTr="00B82666">
        <w:trPr>
          <w:trHeight w:val="46"/>
        </w:trPr>
        <w:tc>
          <w:tcPr>
            <w:tcW w:w="1565" w:type="dxa"/>
            <w:shd w:val="clear" w:color="auto" w:fill="auto"/>
          </w:tcPr>
          <w:p w14:paraId="1A94E912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5DBE1115" w14:textId="41CA87B8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3378D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5FA23FA6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6E70A828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72EFF319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4BC59F67" w14:textId="77777777" w:rsidTr="00B82666">
        <w:trPr>
          <w:trHeight w:val="46"/>
        </w:trPr>
        <w:tc>
          <w:tcPr>
            <w:tcW w:w="1565" w:type="dxa"/>
            <w:shd w:val="clear" w:color="auto" w:fill="auto"/>
          </w:tcPr>
          <w:p w14:paraId="1F792314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054371FD" w14:textId="11C573A4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3378D4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0778A179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39D75907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157F329E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02A38D5E" w14:textId="77777777" w:rsidTr="001A10E4">
        <w:trPr>
          <w:trHeight w:val="46"/>
        </w:trPr>
        <w:tc>
          <w:tcPr>
            <w:tcW w:w="1565" w:type="dxa"/>
            <w:shd w:val="clear" w:color="auto" w:fill="auto"/>
          </w:tcPr>
          <w:p w14:paraId="49D69B64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491414D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2270107D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40354E79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5810413C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44C72746" w14:textId="77777777" w:rsidTr="001A10E4">
        <w:trPr>
          <w:trHeight w:val="46"/>
        </w:trPr>
        <w:tc>
          <w:tcPr>
            <w:tcW w:w="1565" w:type="dxa"/>
            <w:shd w:val="clear" w:color="auto" w:fill="auto"/>
          </w:tcPr>
          <w:p w14:paraId="5772F83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70A8F7C6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1D3654B4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485C34E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1466BF57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5F41CC75" w14:textId="3A744A5D" w:rsidR="005016F3" w:rsidRPr="00262C1D" w:rsidRDefault="003D3019" w:rsidP="003D3019">
      <w:pPr>
        <w:widowControl w:val="0"/>
        <w:spacing w:after="0" w:line="340" w:lineRule="exact"/>
        <w:ind w:left="899" w:hangingChars="428" w:hanging="899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人口が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同規模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以上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の</w:t>
      </w: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履行実績から優先的に記入すること。</w:t>
      </w:r>
    </w:p>
    <w:p w14:paraId="36647A2A" w14:textId="77777777" w:rsidR="00DC3D5B" w:rsidRDefault="00DC3D5B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color w:val="000000"/>
          <w:kern w:val="2"/>
          <w:sz w:val="21"/>
          <w:szCs w:val="21"/>
          <w:lang w:eastAsia="ja-JP"/>
        </w:rPr>
      </w:pPr>
    </w:p>
    <w:p w14:paraId="311FAFC4" w14:textId="77777777" w:rsidR="00DC3D5B" w:rsidRDefault="00DC3D5B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color w:val="000000"/>
          <w:kern w:val="2"/>
          <w:sz w:val="21"/>
          <w:szCs w:val="21"/>
          <w:lang w:eastAsia="ja-JP"/>
        </w:rPr>
      </w:pPr>
    </w:p>
    <w:p w14:paraId="410360CE" w14:textId="77777777" w:rsidR="00DC3D5B" w:rsidRDefault="00DC3D5B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color w:val="000000"/>
          <w:kern w:val="2"/>
          <w:sz w:val="21"/>
          <w:szCs w:val="21"/>
          <w:lang w:eastAsia="ja-JP"/>
        </w:rPr>
      </w:pPr>
    </w:p>
    <w:p w14:paraId="1DDF790D" w14:textId="77777777" w:rsidR="00DC3D5B" w:rsidRDefault="00DC3D5B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color w:val="000000"/>
          <w:kern w:val="2"/>
          <w:sz w:val="21"/>
          <w:szCs w:val="21"/>
          <w:lang w:eastAsia="ja-JP"/>
        </w:rPr>
      </w:pPr>
    </w:p>
    <w:p w14:paraId="57AFB8D7" w14:textId="77777777" w:rsidR="00DC3D5B" w:rsidRDefault="00DC3D5B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color w:val="000000"/>
          <w:kern w:val="2"/>
          <w:sz w:val="21"/>
          <w:szCs w:val="21"/>
          <w:lang w:eastAsia="ja-JP"/>
        </w:rPr>
      </w:pPr>
    </w:p>
    <w:p w14:paraId="27FFA6B7" w14:textId="77777777" w:rsidR="00CE4933" w:rsidRPr="00F02364" w:rsidRDefault="00CE4933" w:rsidP="00CE4933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lastRenderedPageBreak/>
        <w:t>様式第４号</w:t>
      </w:r>
    </w:p>
    <w:p w14:paraId="70C9BC20" w14:textId="77777777" w:rsidR="00DC3D5B" w:rsidRDefault="00DC3D5B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color w:val="000000"/>
          <w:kern w:val="2"/>
          <w:sz w:val="21"/>
          <w:szCs w:val="21"/>
          <w:lang w:eastAsia="ja-JP"/>
        </w:rPr>
      </w:pPr>
    </w:p>
    <w:p w14:paraId="7A4D8455" w14:textId="284817E7" w:rsidR="005016F3" w:rsidRPr="00F02364" w:rsidRDefault="005016F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color w:val="000000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color w:val="000000"/>
          <w:kern w:val="2"/>
          <w:sz w:val="21"/>
          <w:szCs w:val="21"/>
          <w:lang w:eastAsia="ja-JP"/>
        </w:rPr>
        <w:t>４．</w:t>
      </w:r>
      <w:r w:rsidRPr="00F02364">
        <w:rPr>
          <w:rFonts w:asciiTheme="minorEastAsia" w:hAnsiTheme="minorEastAsia" w:cs="Times New Roman" w:hint="eastAsia"/>
          <w:color w:val="000000"/>
          <w:kern w:val="2"/>
          <w:sz w:val="21"/>
          <w:szCs w:val="21"/>
          <w:lang w:eastAsia="ja-JP"/>
        </w:rPr>
        <w:t>地方公共団体での道路情報窓口支援システムの構築（再構築）又は運用実績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1547"/>
        <w:gridCol w:w="2598"/>
        <w:gridCol w:w="1392"/>
        <w:gridCol w:w="1392"/>
      </w:tblGrid>
      <w:tr w:rsidR="00EB318F" w:rsidRPr="00262C1D" w14:paraId="0ECC4349" w14:textId="77777777" w:rsidTr="00947097">
        <w:trPr>
          <w:trHeight w:val="351"/>
        </w:trPr>
        <w:tc>
          <w:tcPr>
            <w:tcW w:w="8494" w:type="dxa"/>
            <w:gridSpan w:val="5"/>
            <w:shd w:val="clear" w:color="auto" w:fill="auto"/>
            <w:vAlign w:val="center"/>
          </w:tcPr>
          <w:p w14:paraId="049CCF60" w14:textId="2957D3AE" w:rsidR="00EB318F" w:rsidRPr="00262C1D" w:rsidRDefault="00EB318F" w:rsidP="00EB318F">
            <w:pPr>
              <w:widowControl w:val="0"/>
              <w:autoSpaceDE w:val="0"/>
              <w:autoSpaceDN w:val="0"/>
              <w:adjustRightInd w:val="0"/>
              <w:spacing w:after="0" w:line="340" w:lineRule="exac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道路情報窓口支援</w:t>
            </w: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4"/>
                <w:lang w:eastAsia="ja-JP"/>
              </w:rPr>
              <w:t>システムの実績数</w:t>
            </w:r>
          </w:p>
        </w:tc>
      </w:tr>
      <w:tr w:rsidR="00262C1D" w:rsidRPr="00262C1D" w14:paraId="5E401565" w14:textId="77777777" w:rsidTr="001A10E4">
        <w:trPr>
          <w:trHeight w:val="74"/>
        </w:trPr>
        <w:tc>
          <w:tcPr>
            <w:tcW w:w="8494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3DFDD8" w14:textId="4283E53F" w:rsidR="00147271" w:rsidRPr="00E66AF5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令和３年４月１日～令和８年</w:t>
            </w:r>
            <w:r w:rsidR="00E66AF5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３</w:t>
            </w:r>
            <w:r w:rsidR="007724E7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月</w:t>
            </w:r>
            <w:r w:rsidR="00E66AF5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31</w:t>
            </w:r>
            <w:r w:rsidR="007724E7"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日</w:t>
            </w: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までに終了している代表的な実績（</w:t>
            </w:r>
            <w:r w:rsidR="00DC3D5B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５</w:t>
            </w: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件を上限</w:t>
            </w:r>
            <w:r w:rsidRP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）</w:t>
            </w:r>
          </w:p>
        </w:tc>
      </w:tr>
      <w:tr w:rsidR="00262C1D" w:rsidRPr="00262C1D" w14:paraId="4B4E207A" w14:textId="77777777" w:rsidTr="001A10E4">
        <w:trPr>
          <w:trHeight w:val="351"/>
        </w:trPr>
        <w:tc>
          <w:tcPr>
            <w:tcW w:w="1565" w:type="dxa"/>
            <w:shd w:val="clear" w:color="auto" w:fill="auto"/>
            <w:vAlign w:val="center"/>
          </w:tcPr>
          <w:p w14:paraId="5B8199EF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　注　者</w:t>
            </w:r>
          </w:p>
        </w:tc>
        <w:tc>
          <w:tcPr>
            <w:tcW w:w="1547" w:type="dxa"/>
            <w:vAlign w:val="center"/>
          </w:tcPr>
          <w:p w14:paraId="15FB424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人口規模</w:t>
            </w:r>
          </w:p>
        </w:tc>
        <w:tc>
          <w:tcPr>
            <w:tcW w:w="2598" w:type="dxa"/>
            <w:shd w:val="clear" w:color="auto" w:fill="auto"/>
            <w:vAlign w:val="center"/>
          </w:tcPr>
          <w:p w14:paraId="632AC9E7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業　務　名</w:t>
            </w:r>
          </w:p>
        </w:tc>
        <w:tc>
          <w:tcPr>
            <w:tcW w:w="1392" w:type="dxa"/>
            <w:vAlign w:val="center"/>
          </w:tcPr>
          <w:p w14:paraId="7B90858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発注年度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725F4104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発注金額</w:t>
            </w:r>
          </w:p>
        </w:tc>
      </w:tr>
      <w:tr w:rsidR="00DC3D5B" w:rsidRPr="00262C1D" w14:paraId="3C5D8583" w14:textId="77777777" w:rsidTr="00BA5B20">
        <w:trPr>
          <w:trHeight w:val="116"/>
        </w:trPr>
        <w:tc>
          <w:tcPr>
            <w:tcW w:w="1565" w:type="dxa"/>
            <w:shd w:val="clear" w:color="auto" w:fill="auto"/>
          </w:tcPr>
          <w:p w14:paraId="04E46000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484385EA" w14:textId="2B719839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DA3252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61753866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69018B73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7B4FB847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3A2537E0" w14:textId="77777777" w:rsidTr="00BA5B20">
        <w:trPr>
          <w:trHeight w:val="116"/>
        </w:trPr>
        <w:tc>
          <w:tcPr>
            <w:tcW w:w="1565" w:type="dxa"/>
            <w:shd w:val="clear" w:color="auto" w:fill="auto"/>
          </w:tcPr>
          <w:p w14:paraId="6AD7C708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</w:tcPr>
          <w:p w14:paraId="72FB72F1" w14:textId="3FE97CB4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DA3252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33757D44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3D535AF7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41D59796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508EF3D7" w14:textId="77777777" w:rsidTr="001A10E4">
        <w:trPr>
          <w:trHeight w:val="116"/>
        </w:trPr>
        <w:tc>
          <w:tcPr>
            <w:tcW w:w="1565" w:type="dxa"/>
            <w:shd w:val="clear" w:color="auto" w:fill="auto"/>
          </w:tcPr>
          <w:p w14:paraId="0F40C31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4287EF04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73E93AC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557FD0D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237B699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27022E16" w14:textId="77777777" w:rsidTr="001A10E4">
        <w:trPr>
          <w:trHeight w:val="286"/>
        </w:trPr>
        <w:tc>
          <w:tcPr>
            <w:tcW w:w="1565" w:type="dxa"/>
            <w:shd w:val="clear" w:color="auto" w:fill="auto"/>
          </w:tcPr>
          <w:p w14:paraId="172D501B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4066DCD9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45333DC9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59D61066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044004BB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4B329D2C" w14:textId="77777777" w:rsidTr="001A10E4">
        <w:trPr>
          <w:trHeight w:val="46"/>
        </w:trPr>
        <w:tc>
          <w:tcPr>
            <w:tcW w:w="1565" w:type="dxa"/>
            <w:shd w:val="clear" w:color="auto" w:fill="auto"/>
          </w:tcPr>
          <w:p w14:paraId="5A4DFFA1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7D54A50B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8" w:type="dxa"/>
            <w:shd w:val="clear" w:color="auto" w:fill="auto"/>
          </w:tcPr>
          <w:p w14:paraId="334C83DE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</w:tcPr>
          <w:p w14:paraId="196BB2A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2" w:type="dxa"/>
            <w:shd w:val="clear" w:color="auto" w:fill="auto"/>
          </w:tcPr>
          <w:p w14:paraId="53B112FF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6FC48755" w14:textId="61C5E064" w:rsidR="005016F3" w:rsidRPr="00262C1D" w:rsidRDefault="003D3019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人口が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同規模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以上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の</w:t>
      </w: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履行実績から優先的に記入すること。</w:t>
      </w:r>
    </w:p>
    <w:p w14:paraId="6CFA824E" w14:textId="4D08982A" w:rsidR="00C30AC1" w:rsidRDefault="00C30AC1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※タッチパネル式の窓口専用システムに限定し記入すること。</w:t>
      </w:r>
    </w:p>
    <w:p w14:paraId="5DC259F3" w14:textId="7E3EB98E" w:rsidR="002C191A" w:rsidRDefault="002C191A" w:rsidP="005016F3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6B9B5D3" w14:textId="321C95B8" w:rsidR="008B0750" w:rsidRPr="00262C1D" w:rsidRDefault="005016F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５</w:t>
      </w:r>
      <w:r w:rsidR="008B0750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．地方公共団体での</w:t>
      </w:r>
      <w:r w:rsid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道路台帳更新の</w:t>
      </w:r>
      <w:r w:rsidR="008B0750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 xml:space="preserve">実績　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1547"/>
        <w:gridCol w:w="2595"/>
        <w:gridCol w:w="1391"/>
        <w:gridCol w:w="1395"/>
      </w:tblGrid>
      <w:tr w:rsidR="00EB318F" w:rsidRPr="00262C1D" w14:paraId="70E54FBD" w14:textId="77777777" w:rsidTr="009F5905">
        <w:trPr>
          <w:trHeight w:val="46"/>
        </w:trPr>
        <w:tc>
          <w:tcPr>
            <w:tcW w:w="8494" w:type="dxa"/>
            <w:gridSpan w:val="5"/>
            <w:shd w:val="clear" w:color="auto" w:fill="auto"/>
            <w:vAlign w:val="center"/>
          </w:tcPr>
          <w:p w14:paraId="624AF6A7" w14:textId="70074D79" w:rsidR="00EB318F" w:rsidRPr="00262C1D" w:rsidRDefault="00EB318F" w:rsidP="00EB318F">
            <w:pPr>
              <w:widowControl w:val="0"/>
              <w:autoSpaceDE w:val="0"/>
              <w:autoSpaceDN w:val="0"/>
              <w:adjustRightInd w:val="0"/>
              <w:spacing w:after="0" w:line="340" w:lineRule="exac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4"/>
                <w:lang w:eastAsia="ja-JP"/>
              </w:rPr>
              <w:t>道路台帳（台帳図及び調書）更新業務の実績数</w:t>
            </w:r>
          </w:p>
        </w:tc>
      </w:tr>
      <w:tr w:rsidR="00262C1D" w:rsidRPr="00262C1D" w14:paraId="7939BDCB" w14:textId="77777777" w:rsidTr="00AE3CB1">
        <w:trPr>
          <w:trHeight w:val="47"/>
        </w:trPr>
        <w:tc>
          <w:tcPr>
            <w:tcW w:w="8494" w:type="dxa"/>
            <w:gridSpan w:val="5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830F528" w14:textId="3EBC5C01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令和３年４月１日～令和８年</w:t>
            </w:r>
            <w:r w:rsidR="00E66AF5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３</w:t>
            </w:r>
            <w:r w:rsidR="007724E7" w:rsidRPr="00A93996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月</w:t>
            </w:r>
            <w:r w:rsidR="00E66AF5" w:rsidRPr="00A93996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31</w:t>
            </w:r>
            <w:r w:rsidR="007724E7" w:rsidRPr="00A93996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日</w:t>
            </w:r>
            <w:r w:rsidRPr="00A93996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ま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でに終了している代表的な実績（</w:t>
            </w:r>
            <w:r w:rsidR="00DC3D5B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５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u w:val="single"/>
                <w:lang w:eastAsia="ja-JP"/>
              </w:rPr>
              <w:t>件を上限</w:t>
            </w: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）</w:t>
            </w:r>
          </w:p>
        </w:tc>
      </w:tr>
      <w:tr w:rsidR="00262C1D" w:rsidRPr="00262C1D" w14:paraId="44DEE86C" w14:textId="77777777" w:rsidTr="00AE3CB1">
        <w:trPr>
          <w:trHeight w:val="46"/>
        </w:trPr>
        <w:tc>
          <w:tcPr>
            <w:tcW w:w="1566" w:type="dxa"/>
            <w:shd w:val="clear" w:color="auto" w:fill="auto"/>
            <w:vAlign w:val="center"/>
          </w:tcPr>
          <w:p w14:paraId="373312C7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　注　者</w:t>
            </w:r>
          </w:p>
        </w:tc>
        <w:tc>
          <w:tcPr>
            <w:tcW w:w="1547" w:type="dxa"/>
            <w:vAlign w:val="center"/>
          </w:tcPr>
          <w:p w14:paraId="3D6423D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人口規模</w:t>
            </w:r>
          </w:p>
        </w:tc>
        <w:tc>
          <w:tcPr>
            <w:tcW w:w="2595" w:type="dxa"/>
            <w:shd w:val="clear" w:color="auto" w:fill="auto"/>
            <w:vAlign w:val="center"/>
          </w:tcPr>
          <w:p w14:paraId="45C02794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業　務　名</w:t>
            </w:r>
          </w:p>
        </w:tc>
        <w:tc>
          <w:tcPr>
            <w:tcW w:w="1391" w:type="dxa"/>
            <w:vAlign w:val="center"/>
          </w:tcPr>
          <w:p w14:paraId="77BB3A3F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発注年度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4B668C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発注金額</w:t>
            </w:r>
          </w:p>
        </w:tc>
      </w:tr>
      <w:tr w:rsidR="00DC3D5B" w:rsidRPr="00262C1D" w14:paraId="26C37758" w14:textId="77777777" w:rsidTr="00AE3CB1">
        <w:trPr>
          <w:trHeight w:val="46"/>
        </w:trPr>
        <w:tc>
          <w:tcPr>
            <w:tcW w:w="1566" w:type="dxa"/>
            <w:shd w:val="clear" w:color="auto" w:fill="auto"/>
          </w:tcPr>
          <w:p w14:paraId="7196BF3A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3F330D74" w14:textId="0A1965A6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5" w:type="dxa"/>
            <w:shd w:val="clear" w:color="auto" w:fill="auto"/>
          </w:tcPr>
          <w:p w14:paraId="2497FEDF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1" w:type="dxa"/>
          </w:tcPr>
          <w:p w14:paraId="761981C8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5" w:type="dxa"/>
            <w:shd w:val="clear" w:color="auto" w:fill="auto"/>
          </w:tcPr>
          <w:p w14:paraId="4B94CE84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DC3D5B" w:rsidRPr="00262C1D" w14:paraId="643C0A03" w14:textId="77777777" w:rsidTr="00AE3CB1">
        <w:trPr>
          <w:trHeight w:val="46"/>
        </w:trPr>
        <w:tc>
          <w:tcPr>
            <w:tcW w:w="1566" w:type="dxa"/>
            <w:shd w:val="clear" w:color="auto" w:fill="auto"/>
          </w:tcPr>
          <w:p w14:paraId="33C63932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568CFEEA" w14:textId="0B5D5531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5" w:type="dxa"/>
            <w:shd w:val="clear" w:color="auto" w:fill="auto"/>
          </w:tcPr>
          <w:p w14:paraId="7A1C4958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1" w:type="dxa"/>
          </w:tcPr>
          <w:p w14:paraId="2A36BC37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5" w:type="dxa"/>
            <w:shd w:val="clear" w:color="auto" w:fill="auto"/>
          </w:tcPr>
          <w:p w14:paraId="10DF5E94" w14:textId="77777777" w:rsidR="00DC3D5B" w:rsidRPr="00262C1D" w:rsidRDefault="00DC3D5B" w:rsidP="00DC3D5B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3F5EEF49" w14:textId="77777777" w:rsidTr="00AE3CB1">
        <w:trPr>
          <w:trHeight w:val="46"/>
        </w:trPr>
        <w:tc>
          <w:tcPr>
            <w:tcW w:w="1566" w:type="dxa"/>
            <w:shd w:val="clear" w:color="auto" w:fill="auto"/>
          </w:tcPr>
          <w:p w14:paraId="3687455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7E7ACBE0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5" w:type="dxa"/>
            <w:shd w:val="clear" w:color="auto" w:fill="auto"/>
          </w:tcPr>
          <w:p w14:paraId="47EC4AF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1" w:type="dxa"/>
          </w:tcPr>
          <w:p w14:paraId="4F047923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5" w:type="dxa"/>
            <w:shd w:val="clear" w:color="auto" w:fill="auto"/>
          </w:tcPr>
          <w:p w14:paraId="79A80F46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49B947F9" w14:textId="77777777" w:rsidTr="00AE3CB1">
        <w:trPr>
          <w:trHeight w:val="46"/>
        </w:trPr>
        <w:tc>
          <w:tcPr>
            <w:tcW w:w="1566" w:type="dxa"/>
            <w:shd w:val="clear" w:color="auto" w:fill="auto"/>
          </w:tcPr>
          <w:p w14:paraId="6F1036D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5C153517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5" w:type="dxa"/>
            <w:shd w:val="clear" w:color="auto" w:fill="auto"/>
          </w:tcPr>
          <w:p w14:paraId="34A2A2C6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1" w:type="dxa"/>
          </w:tcPr>
          <w:p w14:paraId="5E4B6397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5" w:type="dxa"/>
            <w:shd w:val="clear" w:color="auto" w:fill="auto"/>
          </w:tcPr>
          <w:p w14:paraId="0D3873A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  <w:tr w:rsidR="00262C1D" w:rsidRPr="00262C1D" w14:paraId="553EFF02" w14:textId="77777777" w:rsidTr="00AE3CB1">
        <w:trPr>
          <w:trHeight w:val="46"/>
        </w:trPr>
        <w:tc>
          <w:tcPr>
            <w:tcW w:w="1566" w:type="dxa"/>
            <w:shd w:val="clear" w:color="auto" w:fill="auto"/>
          </w:tcPr>
          <w:p w14:paraId="640AFCC9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547" w:type="dxa"/>
            <w:vAlign w:val="center"/>
          </w:tcPr>
          <w:p w14:paraId="1490A95A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right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万人</w:t>
            </w:r>
          </w:p>
        </w:tc>
        <w:tc>
          <w:tcPr>
            <w:tcW w:w="2595" w:type="dxa"/>
            <w:shd w:val="clear" w:color="auto" w:fill="auto"/>
          </w:tcPr>
          <w:p w14:paraId="0CBD9E9E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1" w:type="dxa"/>
          </w:tcPr>
          <w:p w14:paraId="617ABA5C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395" w:type="dxa"/>
            <w:shd w:val="clear" w:color="auto" w:fill="auto"/>
          </w:tcPr>
          <w:p w14:paraId="3C4C46A5" w14:textId="77777777" w:rsidR="00147271" w:rsidRPr="00262C1D" w:rsidRDefault="00147271" w:rsidP="00147271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</w:tr>
    </w:tbl>
    <w:p w14:paraId="6CC9CC1C" w14:textId="160643DE" w:rsidR="008B0750" w:rsidRPr="00262C1D" w:rsidRDefault="003D3019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※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人口が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同規模</w:t>
      </w:r>
      <w:r w:rsidR="00EB318F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以上</w:t>
      </w:r>
      <w:r w:rsidR="00EB318F"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の</w:t>
      </w:r>
      <w:r w:rsidRPr="00262C1D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履行実績から優先的に記入すること。</w:t>
      </w:r>
    </w:p>
    <w:p w14:paraId="33960662" w14:textId="5B8F8CB4" w:rsidR="00DC3D5B" w:rsidRDefault="00DC3D5B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2D15C243" w14:textId="36CA5B42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0C1BC16E" w14:textId="1FD85342" w:rsidR="00CE4933" w:rsidRPr="00EB318F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48FECA97" w14:textId="71AEE4DC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5D8EBC3D" w14:textId="47D854CA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5139A10C" w14:textId="2AE43722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1023CACD" w14:textId="4827DDD5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3C761988" w14:textId="19BE587D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36558455" w14:textId="09C29151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084D7B23" w14:textId="1F79B5B9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1B3D430A" w14:textId="18419F64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288C811E" w14:textId="314221CF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5117C7BB" w14:textId="1856405B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3FEF9A5B" w14:textId="660170D8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6052FBDD" w14:textId="6A952E9D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782A3B5C" w14:textId="07344212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15AB74A1" w14:textId="77777777" w:rsidR="00CE4933" w:rsidRPr="00F02364" w:rsidRDefault="00CE4933" w:rsidP="00CE4933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lastRenderedPageBreak/>
        <w:t>様式第４号</w:t>
      </w:r>
    </w:p>
    <w:p w14:paraId="00253A2B" w14:textId="77777777" w:rsidR="00CE4933" w:rsidRDefault="00CE4933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</w:p>
    <w:p w14:paraId="14A84CF4" w14:textId="2ECE18B1" w:rsidR="008B0750" w:rsidRDefault="009D789D" w:rsidP="005016F3">
      <w:pPr>
        <w:widowControl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６</w:t>
      </w:r>
      <w:r w:rsidR="008B0750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．本市との</w:t>
      </w:r>
      <w:r w:rsidR="00931D5A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システム業務に関する</w:t>
      </w:r>
      <w:r w:rsidR="008B0750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取引実績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701"/>
        <w:gridCol w:w="1701"/>
        <w:gridCol w:w="1984"/>
      </w:tblGrid>
      <w:tr w:rsidR="000F39B3" w:rsidRPr="00262C1D" w14:paraId="3354EF23" w14:textId="0D680E36" w:rsidTr="000F39B3">
        <w:trPr>
          <w:trHeight w:val="351"/>
        </w:trPr>
        <w:tc>
          <w:tcPr>
            <w:tcW w:w="3114" w:type="dxa"/>
            <w:shd w:val="clear" w:color="auto" w:fill="auto"/>
            <w:vAlign w:val="center"/>
          </w:tcPr>
          <w:p w14:paraId="179CED02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業　務　名</w:t>
            </w:r>
          </w:p>
        </w:tc>
        <w:tc>
          <w:tcPr>
            <w:tcW w:w="1701" w:type="dxa"/>
            <w:vAlign w:val="center"/>
          </w:tcPr>
          <w:p w14:paraId="7A3D1A53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発注年度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7CFA0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 w:rsidRPr="00262C1D"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発注金額</w:t>
            </w:r>
          </w:p>
        </w:tc>
        <w:tc>
          <w:tcPr>
            <w:tcW w:w="1984" w:type="dxa"/>
          </w:tcPr>
          <w:p w14:paraId="6BF5F865" w14:textId="2288BB39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システム方式</w:t>
            </w:r>
          </w:p>
        </w:tc>
      </w:tr>
      <w:tr w:rsidR="000F39B3" w:rsidRPr="00262C1D" w14:paraId="0520D82A" w14:textId="56471F2B" w:rsidTr="00E66AF5">
        <w:trPr>
          <w:trHeight w:val="116"/>
        </w:trPr>
        <w:tc>
          <w:tcPr>
            <w:tcW w:w="3114" w:type="dxa"/>
            <w:shd w:val="clear" w:color="auto" w:fill="auto"/>
            <w:vAlign w:val="center"/>
          </w:tcPr>
          <w:p w14:paraId="5C66EC87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738CD693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D10B5F1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984" w:type="dxa"/>
          </w:tcPr>
          <w:p w14:paraId="2B193EEE" w14:textId="77777777" w:rsidR="000F39B3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ＬＧＷＡＮ</w:t>
            </w:r>
          </w:p>
          <w:p w14:paraId="028FEA29" w14:textId="77777777" w:rsidR="000F39B3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その他クラウド</w:t>
            </w:r>
          </w:p>
          <w:p w14:paraId="0183A4CB" w14:textId="6616D520" w:rsidR="000F39B3" w:rsidRPr="00262C1D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オンプレミス</w:t>
            </w:r>
          </w:p>
        </w:tc>
      </w:tr>
      <w:tr w:rsidR="000F39B3" w:rsidRPr="00262C1D" w14:paraId="166C1900" w14:textId="3255B000" w:rsidTr="00E66AF5">
        <w:trPr>
          <w:trHeight w:val="286"/>
        </w:trPr>
        <w:tc>
          <w:tcPr>
            <w:tcW w:w="3114" w:type="dxa"/>
            <w:shd w:val="clear" w:color="auto" w:fill="auto"/>
            <w:vAlign w:val="center"/>
          </w:tcPr>
          <w:p w14:paraId="58116F3D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2FE568E7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EF6356C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984" w:type="dxa"/>
          </w:tcPr>
          <w:p w14:paraId="5D04A59F" w14:textId="77777777" w:rsidR="000F39B3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ＬＧＷＡＮ</w:t>
            </w:r>
          </w:p>
          <w:p w14:paraId="1652B0E3" w14:textId="77777777" w:rsidR="000F39B3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その他クラウド</w:t>
            </w:r>
          </w:p>
          <w:p w14:paraId="1C4DC8F2" w14:textId="7D58AC0F" w:rsidR="000F39B3" w:rsidRPr="00262C1D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オンプレミス</w:t>
            </w:r>
          </w:p>
        </w:tc>
      </w:tr>
      <w:tr w:rsidR="000F39B3" w:rsidRPr="00262C1D" w14:paraId="1EE36285" w14:textId="6F229BD4" w:rsidTr="00E66AF5">
        <w:trPr>
          <w:trHeight w:val="46"/>
        </w:trPr>
        <w:tc>
          <w:tcPr>
            <w:tcW w:w="3114" w:type="dxa"/>
            <w:shd w:val="clear" w:color="auto" w:fill="auto"/>
            <w:vAlign w:val="center"/>
          </w:tcPr>
          <w:p w14:paraId="4C07C148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701" w:type="dxa"/>
            <w:vAlign w:val="center"/>
          </w:tcPr>
          <w:p w14:paraId="608ECE68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1915128" w14:textId="77777777" w:rsidR="000F39B3" w:rsidRPr="00262C1D" w:rsidRDefault="000F39B3" w:rsidP="005016F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both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1984" w:type="dxa"/>
          </w:tcPr>
          <w:p w14:paraId="4DCDB31C" w14:textId="77777777" w:rsidR="000F39B3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ＬＧＷＡＮ</w:t>
            </w:r>
          </w:p>
          <w:p w14:paraId="675D1628" w14:textId="77777777" w:rsidR="000F39B3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その他クラウド</w:t>
            </w:r>
          </w:p>
          <w:p w14:paraId="1DC10725" w14:textId="7927E654" w:rsidR="000F39B3" w:rsidRPr="00262C1D" w:rsidRDefault="000F39B3" w:rsidP="000F39B3">
            <w:pPr>
              <w:widowControl w:val="0"/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Theme="minorEastAsia" w:hAnsiTheme="minorEastAsia" w:cs="Times New Roman"/>
                <w:kern w:val="2"/>
                <w:sz w:val="21"/>
                <w:szCs w:val="21"/>
                <w:lang w:eastAsia="ja-JP"/>
              </w:rPr>
            </w:pPr>
            <w:r>
              <w:rPr>
                <w:rFonts w:asciiTheme="minorEastAsia" w:hAnsiTheme="minorEastAsia" w:cs="Times New Roman" w:hint="eastAsia"/>
                <w:kern w:val="2"/>
                <w:sz w:val="21"/>
                <w:szCs w:val="21"/>
                <w:lang w:eastAsia="ja-JP"/>
              </w:rPr>
              <w:t>オンプレミス</w:t>
            </w:r>
          </w:p>
        </w:tc>
      </w:tr>
    </w:tbl>
    <w:p w14:paraId="5A9A50FF" w14:textId="77777777" w:rsidR="008B0750" w:rsidRPr="00262C1D" w:rsidRDefault="008B0750" w:rsidP="005016F3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実績を示す資料（契約書の写し等）を添付すること。</w:t>
      </w:r>
    </w:p>
    <w:p w14:paraId="6D222B30" w14:textId="4EF5500B" w:rsidR="008B0750" w:rsidRPr="00262C1D" w:rsidRDefault="005016F3" w:rsidP="005016F3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令和３年４月１日～令和８年</w:t>
      </w:r>
      <w:r w:rsidR="009D789D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３</w:t>
      </w: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月</w:t>
      </w:r>
      <w:r w:rsidR="009D789D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３１</w:t>
      </w: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日</w:t>
      </w:r>
      <w:r w:rsidR="008B0750" w:rsidRPr="00262C1D">
        <w:rPr>
          <w:rFonts w:asciiTheme="minorEastAsia" w:hAnsiTheme="minorEastAsia" w:cs="Times New Roman" w:hint="eastAsia"/>
          <w:kern w:val="2"/>
          <w:szCs w:val="21"/>
          <w:lang w:eastAsia="ja-JP"/>
        </w:rPr>
        <w:t>までに</w:t>
      </w:r>
      <w:r w:rsidR="007F6EFF">
        <w:rPr>
          <w:rFonts w:asciiTheme="minorEastAsia" w:hAnsiTheme="minorEastAsia" w:cs="Times New Roman" w:hint="eastAsia"/>
          <w:kern w:val="2"/>
          <w:szCs w:val="21"/>
          <w:lang w:eastAsia="ja-JP"/>
        </w:rPr>
        <w:t>完了</w:t>
      </w:r>
      <w:r w:rsidR="008B0750" w:rsidRPr="00262C1D">
        <w:rPr>
          <w:rFonts w:asciiTheme="minorEastAsia" w:hAnsiTheme="minorEastAsia" w:cs="Times New Roman" w:hint="eastAsia"/>
          <w:kern w:val="2"/>
          <w:szCs w:val="21"/>
          <w:lang w:eastAsia="ja-JP"/>
        </w:rPr>
        <w:t>している</w:t>
      </w:r>
      <w:r w:rsidR="00931D5A">
        <w:rPr>
          <w:rFonts w:asciiTheme="minorEastAsia" w:hAnsiTheme="minorEastAsia" w:cs="Times New Roman" w:hint="eastAsia"/>
          <w:kern w:val="2"/>
          <w:szCs w:val="21"/>
          <w:lang w:eastAsia="ja-JP"/>
        </w:rPr>
        <w:t>GIS</w:t>
      </w:r>
      <w:r w:rsidR="00E66AF5">
        <w:rPr>
          <w:rFonts w:asciiTheme="minorEastAsia" w:hAnsiTheme="minorEastAsia" w:cs="Times New Roman" w:hint="eastAsia"/>
          <w:kern w:val="2"/>
          <w:szCs w:val="21"/>
          <w:lang w:eastAsia="ja-JP"/>
        </w:rPr>
        <w:t>の</w:t>
      </w:r>
      <w:r w:rsidR="00931D5A">
        <w:rPr>
          <w:rFonts w:asciiTheme="minorEastAsia" w:hAnsiTheme="minorEastAsia" w:cs="Times New Roman" w:hint="eastAsia"/>
          <w:kern w:val="2"/>
          <w:szCs w:val="21"/>
          <w:lang w:eastAsia="ja-JP"/>
        </w:rPr>
        <w:t>システム導入や再構築・</w:t>
      </w:r>
      <w:r w:rsidR="00A93996">
        <w:rPr>
          <w:rFonts w:asciiTheme="minorEastAsia" w:hAnsiTheme="minorEastAsia" w:cs="Times New Roman" w:hint="eastAsia"/>
          <w:kern w:val="2"/>
          <w:szCs w:val="21"/>
          <w:lang w:eastAsia="ja-JP"/>
        </w:rPr>
        <w:t>データ</w:t>
      </w:r>
      <w:r w:rsidR="00931D5A">
        <w:rPr>
          <w:rFonts w:asciiTheme="minorEastAsia" w:hAnsiTheme="minorEastAsia" w:cs="Times New Roman" w:hint="eastAsia"/>
          <w:kern w:val="2"/>
          <w:szCs w:val="21"/>
          <w:lang w:eastAsia="ja-JP"/>
        </w:rPr>
        <w:t>更新</w:t>
      </w:r>
      <w:r w:rsidR="00E66AF5">
        <w:rPr>
          <w:rFonts w:asciiTheme="minorEastAsia" w:hAnsiTheme="minorEastAsia" w:cs="Times New Roman" w:hint="eastAsia"/>
          <w:kern w:val="2"/>
          <w:szCs w:val="21"/>
          <w:lang w:eastAsia="ja-JP"/>
        </w:rPr>
        <w:t>などの</w:t>
      </w:r>
      <w:r w:rsidR="008B0750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業務実績・契約実績がある場合には、代表的な実績について</w:t>
      </w:r>
      <w:r w:rsidR="000F39B3">
        <w:rPr>
          <w:rFonts w:asciiTheme="minorEastAsia" w:hAnsiTheme="minorEastAsia" w:cs="Times New Roman" w:hint="eastAsia"/>
          <w:kern w:val="2"/>
          <w:sz w:val="21"/>
          <w:szCs w:val="21"/>
          <w:u w:val="single"/>
          <w:lang w:eastAsia="ja-JP"/>
        </w:rPr>
        <w:t>３</w:t>
      </w:r>
      <w:r w:rsidR="008B0750" w:rsidRPr="00262C1D">
        <w:rPr>
          <w:rFonts w:asciiTheme="minorEastAsia" w:hAnsiTheme="minorEastAsia" w:cs="Times New Roman" w:hint="eastAsia"/>
          <w:kern w:val="2"/>
          <w:sz w:val="21"/>
          <w:szCs w:val="21"/>
          <w:u w:val="single"/>
          <w:lang w:eastAsia="ja-JP"/>
        </w:rPr>
        <w:t>件を上限</w:t>
      </w:r>
      <w:r w:rsidR="008B0750"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に記載すること。</w:t>
      </w:r>
    </w:p>
    <w:p w14:paraId="7868D6E8" w14:textId="527488EA" w:rsidR="009D789D" w:rsidRPr="00262C1D" w:rsidRDefault="009D789D" w:rsidP="005016F3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40" w:lineRule="exact"/>
        <w:jc w:val="both"/>
        <w:rPr>
          <w:rFonts w:asciiTheme="minorEastAsia" w:hAnsiTheme="minorEastAsia" w:cs="Times New Roman"/>
          <w:kern w:val="2"/>
          <w:sz w:val="21"/>
          <w:szCs w:val="21"/>
          <w:lang w:eastAsia="ja-JP"/>
        </w:rPr>
      </w:pPr>
      <w:r w:rsidRPr="00262C1D">
        <w:rPr>
          <w:rFonts w:asciiTheme="minorEastAsia" w:hAnsiTheme="minorEastAsia" w:cs="Times New Roman" w:hint="eastAsia"/>
          <w:kern w:val="2"/>
          <w:sz w:val="21"/>
          <w:szCs w:val="21"/>
          <w:lang w:eastAsia="ja-JP"/>
        </w:rPr>
        <w:t>同種の業務実績から優先的に記入すること。</w:t>
      </w:r>
    </w:p>
    <w:p w14:paraId="52DFC77F" w14:textId="3A891B34" w:rsidR="008B0750" w:rsidRPr="00262C1D" w:rsidRDefault="00E66AF5" w:rsidP="009D789D">
      <w:pPr>
        <w:pStyle w:val="ae"/>
        <w:widowControl w:val="0"/>
        <w:numPr>
          <w:ilvl w:val="0"/>
          <w:numId w:val="25"/>
        </w:numPr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本市とのシステム業務に関する取引実績については、該当するシステム方式に、〇を付けて回答するものとする。</w:t>
      </w:r>
    </w:p>
    <w:sectPr w:rsidR="008B0750" w:rsidRPr="00262C1D" w:rsidSect="00FC2C44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2714" w14:textId="77777777" w:rsidR="00AE193C" w:rsidRDefault="00AE193C" w:rsidP="00AE193C">
      <w:pPr>
        <w:spacing w:after="0" w:line="240" w:lineRule="auto"/>
      </w:pPr>
      <w:r>
        <w:separator/>
      </w:r>
    </w:p>
  </w:endnote>
  <w:endnote w:type="continuationSeparator" w:id="0">
    <w:p w14:paraId="1D38CE11" w14:textId="77777777" w:rsidR="00AE193C" w:rsidRDefault="00AE193C" w:rsidP="00AE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149E" w14:textId="77777777" w:rsidR="00AE193C" w:rsidRDefault="00AE193C" w:rsidP="00AE193C">
      <w:pPr>
        <w:spacing w:after="0" w:line="240" w:lineRule="auto"/>
      </w:pPr>
      <w:r>
        <w:separator/>
      </w:r>
    </w:p>
  </w:footnote>
  <w:footnote w:type="continuationSeparator" w:id="0">
    <w:p w14:paraId="5D6CE7F0" w14:textId="77777777" w:rsidR="00AE193C" w:rsidRDefault="00AE193C" w:rsidP="00AE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B1348"/>
    <w:multiLevelType w:val="hybridMultilevel"/>
    <w:tmpl w:val="585EA240"/>
    <w:lvl w:ilvl="0" w:tplc="DEE8F504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7" w:tentative="1">
      <w:start w:val="1"/>
      <w:numFmt w:val="aiueoFullWidth"/>
      <w:lvlText w:val="(%5)"/>
      <w:lvlJc w:val="left"/>
      <w:pPr>
        <w:ind w:left="21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7" w:tentative="1">
      <w:start w:val="1"/>
      <w:numFmt w:val="aiueoFullWidth"/>
      <w:lvlText w:val="(%8)"/>
      <w:lvlJc w:val="left"/>
      <w:pPr>
        <w:ind w:left="351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40"/>
      </w:pPr>
    </w:lvl>
  </w:abstractNum>
  <w:abstractNum w:abstractNumId="10" w15:restartNumberingAfterBreak="0">
    <w:nsid w:val="13B41472"/>
    <w:multiLevelType w:val="hybridMultilevel"/>
    <w:tmpl w:val="2E606D2C"/>
    <w:lvl w:ilvl="0" w:tplc="7DD272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E27F46"/>
    <w:multiLevelType w:val="hybridMultilevel"/>
    <w:tmpl w:val="0332F428"/>
    <w:lvl w:ilvl="0" w:tplc="4F14025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B772AA"/>
    <w:multiLevelType w:val="hybridMultilevel"/>
    <w:tmpl w:val="A6F0EC30"/>
    <w:lvl w:ilvl="0" w:tplc="B0B0D9DE">
      <w:start w:val="1"/>
      <w:numFmt w:val="decimal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0D36521"/>
    <w:multiLevelType w:val="hybridMultilevel"/>
    <w:tmpl w:val="4C9EDD68"/>
    <w:lvl w:ilvl="0" w:tplc="AB4C26EA">
      <w:start w:val="1"/>
      <w:numFmt w:val="decimal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21317DAE"/>
    <w:multiLevelType w:val="hybridMultilevel"/>
    <w:tmpl w:val="E42CEC02"/>
    <w:lvl w:ilvl="0" w:tplc="40043502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5" w15:restartNumberingAfterBreak="0">
    <w:nsid w:val="3273272C"/>
    <w:multiLevelType w:val="hybridMultilevel"/>
    <w:tmpl w:val="FFBECBC2"/>
    <w:lvl w:ilvl="0" w:tplc="E74CDD1C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34CD51F3"/>
    <w:multiLevelType w:val="hybridMultilevel"/>
    <w:tmpl w:val="5D32C4C4"/>
    <w:lvl w:ilvl="0" w:tplc="D9180E2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E63BA6"/>
    <w:multiLevelType w:val="hybridMultilevel"/>
    <w:tmpl w:val="47F28FA4"/>
    <w:lvl w:ilvl="0" w:tplc="EF5070EA">
      <w:start w:val="1"/>
      <w:numFmt w:val="decimalFullWidth"/>
      <w:lvlText w:val="%1．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6A5587"/>
    <w:multiLevelType w:val="hybridMultilevel"/>
    <w:tmpl w:val="DE5C0802"/>
    <w:lvl w:ilvl="0" w:tplc="836E724A">
      <w:start w:val="1"/>
      <w:numFmt w:val="decimalFullWidth"/>
      <w:lvlText w:val="%1."/>
      <w:lvlJc w:val="left"/>
      <w:pPr>
        <w:ind w:left="510" w:hanging="51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E180044"/>
    <w:multiLevelType w:val="hybridMultilevel"/>
    <w:tmpl w:val="C848EBB6"/>
    <w:lvl w:ilvl="0" w:tplc="5F4EB1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8762FD"/>
    <w:multiLevelType w:val="hybridMultilevel"/>
    <w:tmpl w:val="AD28493E"/>
    <w:lvl w:ilvl="0" w:tplc="0A6AE40A">
      <w:start w:val="1"/>
      <w:numFmt w:val="decimal"/>
      <w:lvlText w:val="（%1）"/>
      <w:lvlJc w:val="left"/>
      <w:pPr>
        <w:ind w:left="1305" w:hanging="720"/>
      </w:pPr>
      <w:rPr>
        <w:rFonts w:hint="default"/>
      </w:rPr>
    </w:lvl>
    <w:lvl w:ilvl="1" w:tplc="357AF1D0">
      <w:start w:val="1"/>
      <w:numFmt w:val="decimalFullWidth"/>
      <w:lvlText w:val="%2．"/>
      <w:lvlJc w:val="left"/>
      <w:pPr>
        <w:ind w:left="1385" w:hanging="360"/>
      </w:pPr>
      <w:rPr>
        <w:rFonts w:asciiTheme="minorHAnsi" w:eastAsiaTheme="minorEastAsia" w:hAnsiTheme="minorHAnsi" w:hint="default"/>
      </w:rPr>
    </w:lvl>
    <w:lvl w:ilvl="2" w:tplc="04090011">
      <w:start w:val="1"/>
      <w:numFmt w:val="decimalEnclosedCircle"/>
      <w:lvlText w:val="%3"/>
      <w:lvlJc w:val="left"/>
      <w:pPr>
        <w:ind w:left="1905" w:hanging="440"/>
      </w:pPr>
    </w:lvl>
    <w:lvl w:ilvl="3" w:tplc="0409000F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22" w15:restartNumberingAfterBreak="0">
    <w:nsid w:val="695247F2"/>
    <w:multiLevelType w:val="hybridMultilevel"/>
    <w:tmpl w:val="91282F30"/>
    <w:lvl w:ilvl="0" w:tplc="1D0E016A">
      <w:start w:val="10"/>
      <w:numFmt w:val="decimal"/>
      <w:lvlText w:val="%1."/>
      <w:lvlJc w:val="left"/>
      <w:pPr>
        <w:ind w:left="360" w:hanging="360"/>
      </w:pPr>
      <w:rPr>
        <w:rFonts w:asciiTheme="minorEastAsia" w:eastAsia="ＭＳ 明朝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65A3E69"/>
    <w:multiLevelType w:val="hybridMultilevel"/>
    <w:tmpl w:val="B92088C0"/>
    <w:lvl w:ilvl="0" w:tplc="0FB870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21"/>
  </w:num>
  <w:num w:numId="14">
    <w:abstractNumId w:val="11"/>
  </w:num>
  <w:num w:numId="15">
    <w:abstractNumId w:val="22"/>
  </w:num>
  <w:num w:numId="16">
    <w:abstractNumId w:val="20"/>
  </w:num>
  <w:num w:numId="17">
    <w:abstractNumId w:val="10"/>
  </w:num>
  <w:num w:numId="18">
    <w:abstractNumId w:val="15"/>
  </w:num>
  <w:num w:numId="19">
    <w:abstractNumId w:val="16"/>
  </w:num>
  <w:num w:numId="20">
    <w:abstractNumId w:val="23"/>
  </w:num>
  <w:num w:numId="21">
    <w:abstractNumId w:val="9"/>
  </w:num>
  <w:num w:numId="22">
    <w:abstractNumId w:val="13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014"/>
    <w:rsid w:val="0006063C"/>
    <w:rsid w:val="00062148"/>
    <w:rsid w:val="000F2520"/>
    <w:rsid w:val="000F39B3"/>
    <w:rsid w:val="001024F8"/>
    <w:rsid w:val="001443EA"/>
    <w:rsid w:val="00147271"/>
    <w:rsid w:val="0015074B"/>
    <w:rsid w:val="00160DA5"/>
    <w:rsid w:val="001F36A0"/>
    <w:rsid w:val="00207505"/>
    <w:rsid w:val="00242F0A"/>
    <w:rsid w:val="00262C1D"/>
    <w:rsid w:val="0029639D"/>
    <w:rsid w:val="002A6A5B"/>
    <w:rsid w:val="002C191A"/>
    <w:rsid w:val="002D5C18"/>
    <w:rsid w:val="00326F90"/>
    <w:rsid w:val="00331F10"/>
    <w:rsid w:val="00343296"/>
    <w:rsid w:val="00361B19"/>
    <w:rsid w:val="00364935"/>
    <w:rsid w:val="00374D52"/>
    <w:rsid w:val="003938CB"/>
    <w:rsid w:val="003C493D"/>
    <w:rsid w:val="003D3019"/>
    <w:rsid w:val="003E0135"/>
    <w:rsid w:val="003F6BD9"/>
    <w:rsid w:val="005016F3"/>
    <w:rsid w:val="00565F78"/>
    <w:rsid w:val="005804EF"/>
    <w:rsid w:val="005B3169"/>
    <w:rsid w:val="005C4383"/>
    <w:rsid w:val="00612DC4"/>
    <w:rsid w:val="006270DD"/>
    <w:rsid w:val="00653386"/>
    <w:rsid w:val="0068038E"/>
    <w:rsid w:val="007411BF"/>
    <w:rsid w:val="007724E7"/>
    <w:rsid w:val="007E2473"/>
    <w:rsid w:val="007F5E34"/>
    <w:rsid w:val="007F6EFF"/>
    <w:rsid w:val="008507CF"/>
    <w:rsid w:val="00860CF6"/>
    <w:rsid w:val="00887E30"/>
    <w:rsid w:val="008B0750"/>
    <w:rsid w:val="00931D5A"/>
    <w:rsid w:val="00931FD0"/>
    <w:rsid w:val="009C1FE1"/>
    <w:rsid w:val="009C7BD5"/>
    <w:rsid w:val="009D789D"/>
    <w:rsid w:val="00A415BD"/>
    <w:rsid w:val="00A54A3B"/>
    <w:rsid w:val="00A84BA4"/>
    <w:rsid w:val="00A93996"/>
    <w:rsid w:val="00AA1D8D"/>
    <w:rsid w:val="00AA6BFB"/>
    <w:rsid w:val="00AE193C"/>
    <w:rsid w:val="00B47730"/>
    <w:rsid w:val="00B84B93"/>
    <w:rsid w:val="00C30AC1"/>
    <w:rsid w:val="00C334E6"/>
    <w:rsid w:val="00C63D87"/>
    <w:rsid w:val="00C85F04"/>
    <w:rsid w:val="00CB0664"/>
    <w:rsid w:val="00CD7087"/>
    <w:rsid w:val="00CE4933"/>
    <w:rsid w:val="00CF53AF"/>
    <w:rsid w:val="00D77204"/>
    <w:rsid w:val="00DC3D5B"/>
    <w:rsid w:val="00DC7739"/>
    <w:rsid w:val="00E3383C"/>
    <w:rsid w:val="00E52CA6"/>
    <w:rsid w:val="00E632E9"/>
    <w:rsid w:val="00E66AF5"/>
    <w:rsid w:val="00E7571B"/>
    <w:rsid w:val="00EA085B"/>
    <w:rsid w:val="00EB318F"/>
    <w:rsid w:val="00F02364"/>
    <w:rsid w:val="00F46866"/>
    <w:rsid w:val="00F80E16"/>
    <w:rsid w:val="00FB261B"/>
    <w:rsid w:val="00FC2C44"/>
    <w:rsid w:val="00FC693F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18590DD"/>
  <w14:defaultImageDpi w14:val="300"/>
  <w15:docId w15:val="{7C28C49F-D0F8-4114-A544-609ACE9A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表 (格子)2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Date"/>
    <w:basedOn w:val="a1"/>
    <w:next w:val="a1"/>
    <w:link w:val="aff0"/>
    <w:uiPriority w:val="99"/>
    <w:semiHidden/>
    <w:unhideWhenUsed/>
    <w:rsid w:val="00F46866"/>
  </w:style>
  <w:style w:type="character" w:customStyle="1" w:styleId="aff0">
    <w:name w:val="日付 (文字)"/>
    <w:basedOn w:val="a2"/>
    <w:link w:val="aff"/>
    <w:uiPriority w:val="99"/>
    <w:semiHidden/>
    <w:rsid w:val="00F4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200</Words>
  <Characters>1143</Characters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2026-01-13T10:27:00Z</cp:lastPrinted>
  <dcterms:created xsi:type="dcterms:W3CDTF">2026-10-07T08:09:00Z</dcterms:created>
  <dcterms:modified xsi:type="dcterms:W3CDTF">2026-10-07T08:11:00Z</dcterms:modified>
  <cp:category/>
</cp:coreProperties>
</file>