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922BB" w14:textId="011981A2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bdr w:val="single" w:sz="4" w:space="0" w:color="auto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様式第</w:t>
      </w:r>
      <w:r w:rsidR="00732943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10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号</w:t>
      </w:r>
    </w:p>
    <w:p w14:paraId="4E7667C7" w14:textId="77777777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F782346" w14:textId="55123EB1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令和</w:t>
      </w:r>
      <w:r w:rsidR="001F36A0"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８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年　　月　　日</w:t>
      </w:r>
    </w:p>
    <w:p w14:paraId="2EEDF013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91FD2DA" w14:textId="77777777" w:rsidR="008B0750" w:rsidRPr="00F02364" w:rsidRDefault="008B0750" w:rsidP="001F36A0">
      <w:pPr>
        <w:widowControl w:val="0"/>
        <w:spacing w:after="0" w:line="340" w:lineRule="exact"/>
        <w:ind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（あて先）八尾市長</w:t>
      </w:r>
    </w:p>
    <w:p w14:paraId="54E9001D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09B62963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C5E6E11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住所又は所在地</w:t>
      </w:r>
    </w:p>
    <w:p w14:paraId="3DB1575F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7719F24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商号又は名称</w:t>
      </w:r>
    </w:p>
    <w:p w14:paraId="3CF31ACB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557BB1B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代表者職氏名　　　　　　　　　　　　　</w:t>
      </w:r>
    </w:p>
    <w:p w14:paraId="21B1E116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014E082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BF5BB0E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D161481" w14:textId="77777777" w:rsidR="008B0750" w:rsidRPr="00F02364" w:rsidRDefault="008B0750" w:rsidP="001F36A0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辞　退　届</w:t>
      </w:r>
    </w:p>
    <w:p w14:paraId="731D5B9F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850DCE5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1371A07" w14:textId="5992B864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当社は、</w:t>
      </w:r>
      <w:r w:rsidR="001F36A0" w:rsidRPr="00F02364">
        <w:rPr>
          <w:rFonts w:asciiTheme="minorEastAsia" w:hAnsiTheme="minorEastAsia" w:hint="eastAsia"/>
          <w:sz w:val="21"/>
          <w:szCs w:val="21"/>
          <w:lang w:eastAsia="ja-JP"/>
        </w:rPr>
        <w:t>令和８年度八尾市道路台帳管理システム他3システム再構築業務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に係る公募型プロポーザルについて、都合により辞退致します。</w:t>
      </w:r>
    </w:p>
    <w:p w14:paraId="19EE5A68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80F15C8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5C376DE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6B3FAFD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1B09BAB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F50CE34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A038DFC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56AE85E" w14:textId="77777777" w:rsidR="008B0750" w:rsidRPr="00F02364" w:rsidRDefault="008B0750" w:rsidP="001F36A0">
      <w:pPr>
        <w:widowControl w:val="0"/>
        <w:spacing w:after="0" w:line="340" w:lineRule="exact"/>
        <w:ind w:leftChars="2400" w:left="528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0161469A" w14:textId="77777777" w:rsidR="008B0750" w:rsidRPr="00F02364" w:rsidRDefault="008B0750" w:rsidP="001F36A0">
      <w:pPr>
        <w:widowControl w:val="0"/>
        <w:spacing w:after="0" w:line="340" w:lineRule="exact"/>
        <w:ind w:firstLineChars="2200" w:firstLine="462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＜連絡先＞</w:t>
      </w:r>
    </w:p>
    <w:p w14:paraId="0BDE3D5E" w14:textId="77777777" w:rsidR="008B0750" w:rsidRPr="00F02364" w:rsidRDefault="008B0750" w:rsidP="001F36A0">
      <w:pPr>
        <w:widowControl w:val="0"/>
        <w:spacing w:after="0" w:line="34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部　署　：</w:t>
      </w:r>
    </w:p>
    <w:p w14:paraId="67E4F432" w14:textId="77777777" w:rsidR="008B0750" w:rsidRPr="00F02364" w:rsidRDefault="008B0750" w:rsidP="001F36A0">
      <w:pPr>
        <w:widowControl w:val="0"/>
        <w:spacing w:after="0" w:line="34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担当者　：</w:t>
      </w:r>
    </w:p>
    <w:p w14:paraId="55791E95" w14:textId="77777777" w:rsidR="008B0750" w:rsidRPr="00F02364" w:rsidRDefault="008B0750" w:rsidP="001F36A0">
      <w:pPr>
        <w:widowControl w:val="0"/>
        <w:spacing w:after="0" w:line="34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ＴＥＬ　：</w:t>
      </w:r>
    </w:p>
    <w:p w14:paraId="22971864" w14:textId="77777777" w:rsidR="008B0750" w:rsidRPr="008B0750" w:rsidRDefault="008B0750" w:rsidP="001F36A0">
      <w:pPr>
        <w:widowControl w:val="0"/>
        <w:spacing w:after="0" w:line="34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Ｅ-mail</w:t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 xml:space="preserve"> 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：</w:t>
      </w:r>
    </w:p>
    <w:p w14:paraId="198F7B23" w14:textId="77777777" w:rsidR="008B0750" w:rsidRPr="008B0750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073BA25" w14:textId="77777777" w:rsidR="008B0750" w:rsidRPr="008B0750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2B8DB68" w14:textId="77777777" w:rsidR="008B0750" w:rsidRPr="008B0750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8C606EF" w14:textId="77777777" w:rsidR="008B0750" w:rsidRPr="008B0750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CE611F7" w14:textId="77777777" w:rsidR="00E3383C" w:rsidRPr="008B0750" w:rsidRDefault="00E3383C" w:rsidP="001F36A0">
      <w:pPr>
        <w:tabs>
          <w:tab w:val="left" w:pos="709"/>
          <w:tab w:val="left" w:pos="851"/>
          <w:tab w:val="left" w:pos="993"/>
        </w:tabs>
        <w:spacing w:line="340" w:lineRule="exact"/>
        <w:ind w:rightChars="128" w:right="282"/>
        <w:rPr>
          <w:lang w:eastAsia="ja-JP"/>
        </w:rPr>
      </w:pPr>
    </w:p>
    <w:sectPr w:rsidR="00E3383C" w:rsidRPr="008B0750" w:rsidSect="00D21A1E">
      <w:pgSz w:w="11906" w:h="16838" w:code="9"/>
      <w:pgMar w:top="1440" w:right="170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2714" w14:textId="77777777" w:rsidR="00AE193C" w:rsidRDefault="00AE193C" w:rsidP="00AE193C">
      <w:pPr>
        <w:spacing w:after="0" w:line="240" w:lineRule="auto"/>
      </w:pPr>
      <w:r>
        <w:separator/>
      </w:r>
    </w:p>
  </w:endnote>
  <w:endnote w:type="continuationSeparator" w:id="0">
    <w:p w14:paraId="1D38CE11" w14:textId="77777777" w:rsidR="00AE193C" w:rsidRDefault="00AE193C" w:rsidP="00AE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8149E" w14:textId="77777777" w:rsidR="00AE193C" w:rsidRDefault="00AE193C" w:rsidP="00AE193C">
      <w:pPr>
        <w:spacing w:after="0" w:line="240" w:lineRule="auto"/>
      </w:pPr>
      <w:r>
        <w:separator/>
      </w:r>
    </w:p>
  </w:footnote>
  <w:footnote w:type="continuationSeparator" w:id="0">
    <w:p w14:paraId="5D6CE7F0" w14:textId="77777777" w:rsidR="00AE193C" w:rsidRDefault="00AE193C" w:rsidP="00AE1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B1348"/>
    <w:multiLevelType w:val="hybridMultilevel"/>
    <w:tmpl w:val="585EA240"/>
    <w:lvl w:ilvl="0" w:tplc="DEE8F504">
      <w:start w:val="1"/>
      <w:numFmt w:val="decimal"/>
      <w:lvlText w:val="（%1）"/>
      <w:lvlJc w:val="left"/>
      <w:pPr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7" w:tentative="1">
      <w:start w:val="1"/>
      <w:numFmt w:val="aiueoFullWidth"/>
      <w:lvlText w:val="(%5)"/>
      <w:lvlJc w:val="left"/>
      <w:pPr>
        <w:ind w:left="21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7" w:tentative="1">
      <w:start w:val="1"/>
      <w:numFmt w:val="aiueoFullWidth"/>
      <w:lvlText w:val="(%8)"/>
      <w:lvlJc w:val="left"/>
      <w:pPr>
        <w:ind w:left="351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40"/>
      </w:pPr>
    </w:lvl>
  </w:abstractNum>
  <w:abstractNum w:abstractNumId="10" w15:restartNumberingAfterBreak="0">
    <w:nsid w:val="13B41472"/>
    <w:multiLevelType w:val="hybridMultilevel"/>
    <w:tmpl w:val="2E606D2C"/>
    <w:lvl w:ilvl="0" w:tplc="7DD272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6E27F46"/>
    <w:multiLevelType w:val="hybridMultilevel"/>
    <w:tmpl w:val="0332F428"/>
    <w:lvl w:ilvl="0" w:tplc="4F14025E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BB772AA"/>
    <w:multiLevelType w:val="hybridMultilevel"/>
    <w:tmpl w:val="A6F0EC30"/>
    <w:lvl w:ilvl="0" w:tplc="B0B0D9DE">
      <w:start w:val="1"/>
      <w:numFmt w:val="decimal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0D36521"/>
    <w:multiLevelType w:val="hybridMultilevel"/>
    <w:tmpl w:val="4C9EDD68"/>
    <w:lvl w:ilvl="0" w:tplc="AB4C26EA">
      <w:start w:val="1"/>
      <w:numFmt w:val="decimal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14" w15:restartNumberingAfterBreak="0">
    <w:nsid w:val="21317DAE"/>
    <w:multiLevelType w:val="hybridMultilevel"/>
    <w:tmpl w:val="E42CEC02"/>
    <w:lvl w:ilvl="0" w:tplc="40043502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5" w15:restartNumberingAfterBreak="0">
    <w:nsid w:val="3273272C"/>
    <w:multiLevelType w:val="hybridMultilevel"/>
    <w:tmpl w:val="FFBECBC2"/>
    <w:lvl w:ilvl="0" w:tplc="E74CDD1C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34CD51F3"/>
    <w:multiLevelType w:val="hybridMultilevel"/>
    <w:tmpl w:val="5D32C4C4"/>
    <w:lvl w:ilvl="0" w:tplc="D9180E20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E63BA6"/>
    <w:multiLevelType w:val="hybridMultilevel"/>
    <w:tmpl w:val="47F28FA4"/>
    <w:lvl w:ilvl="0" w:tplc="EF5070EA">
      <w:start w:val="1"/>
      <w:numFmt w:val="decimalFullWidth"/>
      <w:lvlText w:val="%1．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6A5587"/>
    <w:multiLevelType w:val="hybridMultilevel"/>
    <w:tmpl w:val="DE5C0802"/>
    <w:lvl w:ilvl="0" w:tplc="836E724A">
      <w:start w:val="1"/>
      <w:numFmt w:val="decimalFullWidth"/>
      <w:lvlText w:val="%1."/>
      <w:lvlJc w:val="left"/>
      <w:pPr>
        <w:ind w:left="510" w:hanging="51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E180044"/>
    <w:multiLevelType w:val="hybridMultilevel"/>
    <w:tmpl w:val="C848EBB6"/>
    <w:lvl w:ilvl="0" w:tplc="5F4EB1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78762FD"/>
    <w:multiLevelType w:val="hybridMultilevel"/>
    <w:tmpl w:val="AD28493E"/>
    <w:lvl w:ilvl="0" w:tplc="0A6AE40A">
      <w:start w:val="1"/>
      <w:numFmt w:val="decimal"/>
      <w:lvlText w:val="（%1）"/>
      <w:lvlJc w:val="left"/>
      <w:pPr>
        <w:ind w:left="1305" w:hanging="720"/>
      </w:pPr>
      <w:rPr>
        <w:rFonts w:hint="default"/>
      </w:rPr>
    </w:lvl>
    <w:lvl w:ilvl="1" w:tplc="357AF1D0">
      <w:start w:val="1"/>
      <w:numFmt w:val="decimalFullWidth"/>
      <w:lvlText w:val="%2．"/>
      <w:lvlJc w:val="left"/>
      <w:pPr>
        <w:ind w:left="1385" w:hanging="360"/>
      </w:pPr>
      <w:rPr>
        <w:rFonts w:asciiTheme="minorHAnsi" w:eastAsiaTheme="minorEastAsia" w:hAnsiTheme="minorHAnsi" w:hint="default"/>
      </w:rPr>
    </w:lvl>
    <w:lvl w:ilvl="2" w:tplc="04090011">
      <w:start w:val="1"/>
      <w:numFmt w:val="decimalEnclosedCircle"/>
      <w:lvlText w:val="%3"/>
      <w:lvlJc w:val="left"/>
      <w:pPr>
        <w:ind w:left="1905" w:hanging="440"/>
      </w:pPr>
    </w:lvl>
    <w:lvl w:ilvl="3" w:tplc="0409000F">
      <w:start w:val="1"/>
      <w:numFmt w:val="decimal"/>
      <w:lvlText w:val="%4."/>
      <w:lvlJc w:val="left"/>
      <w:pPr>
        <w:ind w:left="2345" w:hanging="440"/>
      </w:pPr>
    </w:lvl>
    <w:lvl w:ilvl="4" w:tplc="04090017" w:tentative="1">
      <w:start w:val="1"/>
      <w:numFmt w:val="aiueoFullWidth"/>
      <w:lvlText w:val="(%5)"/>
      <w:lvlJc w:val="left"/>
      <w:pPr>
        <w:ind w:left="27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40"/>
      </w:pPr>
    </w:lvl>
    <w:lvl w:ilvl="6" w:tplc="0409000F" w:tentative="1">
      <w:start w:val="1"/>
      <w:numFmt w:val="decimal"/>
      <w:lvlText w:val="%7."/>
      <w:lvlJc w:val="left"/>
      <w:pPr>
        <w:ind w:left="3665" w:hanging="440"/>
      </w:pPr>
    </w:lvl>
    <w:lvl w:ilvl="7" w:tplc="04090017" w:tentative="1">
      <w:start w:val="1"/>
      <w:numFmt w:val="aiueoFullWidth"/>
      <w:lvlText w:val="(%8)"/>
      <w:lvlJc w:val="left"/>
      <w:pPr>
        <w:ind w:left="41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40"/>
      </w:pPr>
    </w:lvl>
  </w:abstractNum>
  <w:abstractNum w:abstractNumId="22" w15:restartNumberingAfterBreak="0">
    <w:nsid w:val="695247F2"/>
    <w:multiLevelType w:val="hybridMultilevel"/>
    <w:tmpl w:val="91282F30"/>
    <w:lvl w:ilvl="0" w:tplc="1D0E016A">
      <w:start w:val="10"/>
      <w:numFmt w:val="decimal"/>
      <w:lvlText w:val="%1."/>
      <w:lvlJc w:val="left"/>
      <w:pPr>
        <w:ind w:left="360" w:hanging="360"/>
      </w:pPr>
      <w:rPr>
        <w:rFonts w:asciiTheme="minorEastAsia" w:eastAsia="ＭＳ 明朝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65A3E69"/>
    <w:multiLevelType w:val="hybridMultilevel"/>
    <w:tmpl w:val="B92088C0"/>
    <w:lvl w:ilvl="0" w:tplc="0FB870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21"/>
  </w:num>
  <w:num w:numId="14">
    <w:abstractNumId w:val="11"/>
  </w:num>
  <w:num w:numId="15">
    <w:abstractNumId w:val="22"/>
  </w:num>
  <w:num w:numId="16">
    <w:abstractNumId w:val="20"/>
  </w:num>
  <w:num w:numId="17">
    <w:abstractNumId w:val="10"/>
  </w:num>
  <w:num w:numId="18">
    <w:abstractNumId w:val="15"/>
  </w:num>
  <w:num w:numId="19">
    <w:abstractNumId w:val="16"/>
  </w:num>
  <w:num w:numId="20">
    <w:abstractNumId w:val="23"/>
  </w:num>
  <w:num w:numId="21">
    <w:abstractNumId w:val="9"/>
  </w:num>
  <w:num w:numId="22">
    <w:abstractNumId w:val="13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014"/>
    <w:rsid w:val="0006063C"/>
    <w:rsid w:val="00062148"/>
    <w:rsid w:val="000F2520"/>
    <w:rsid w:val="001024F8"/>
    <w:rsid w:val="001443EA"/>
    <w:rsid w:val="00147271"/>
    <w:rsid w:val="0015074B"/>
    <w:rsid w:val="00160DA5"/>
    <w:rsid w:val="001F36A0"/>
    <w:rsid w:val="00207505"/>
    <w:rsid w:val="00242F0A"/>
    <w:rsid w:val="00262C1D"/>
    <w:rsid w:val="0029639D"/>
    <w:rsid w:val="002A6A5B"/>
    <w:rsid w:val="002D5C18"/>
    <w:rsid w:val="00326F90"/>
    <w:rsid w:val="00331F10"/>
    <w:rsid w:val="00343296"/>
    <w:rsid w:val="00361B19"/>
    <w:rsid w:val="00364935"/>
    <w:rsid w:val="00374D52"/>
    <w:rsid w:val="003938CB"/>
    <w:rsid w:val="00393BA1"/>
    <w:rsid w:val="003C493D"/>
    <w:rsid w:val="003D3019"/>
    <w:rsid w:val="003E0135"/>
    <w:rsid w:val="003F6BD9"/>
    <w:rsid w:val="005016F3"/>
    <w:rsid w:val="00565F78"/>
    <w:rsid w:val="005804EF"/>
    <w:rsid w:val="005B3169"/>
    <w:rsid w:val="005C4383"/>
    <w:rsid w:val="00612DC4"/>
    <w:rsid w:val="00653386"/>
    <w:rsid w:val="0068038E"/>
    <w:rsid w:val="00732943"/>
    <w:rsid w:val="007724E7"/>
    <w:rsid w:val="007E2473"/>
    <w:rsid w:val="007F5E34"/>
    <w:rsid w:val="008507CF"/>
    <w:rsid w:val="00860CF6"/>
    <w:rsid w:val="00887E30"/>
    <w:rsid w:val="008B0750"/>
    <w:rsid w:val="00931FD0"/>
    <w:rsid w:val="009C1FE1"/>
    <w:rsid w:val="009C7BD5"/>
    <w:rsid w:val="009D789D"/>
    <w:rsid w:val="00A415BD"/>
    <w:rsid w:val="00A54A3B"/>
    <w:rsid w:val="00A84BA4"/>
    <w:rsid w:val="00AA1D8D"/>
    <w:rsid w:val="00AA6BFB"/>
    <w:rsid w:val="00AE193C"/>
    <w:rsid w:val="00B47730"/>
    <w:rsid w:val="00B768BB"/>
    <w:rsid w:val="00B84B93"/>
    <w:rsid w:val="00C30AC1"/>
    <w:rsid w:val="00C334E6"/>
    <w:rsid w:val="00C63D87"/>
    <w:rsid w:val="00C85F04"/>
    <w:rsid w:val="00CB0664"/>
    <w:rsid w:val="00CD7087"/>
    <w:rsid w:val="00CF53AF"/>
    <w:rsid w:val="00D21A1E"/>
    <w:rsid w:val="00D77204"/>
    <w:rsid w:val="00DC7739"/>
    <w:rsid w:val="00E3383C"/>
    <w:rsid w:val="00E52CA6"/>
    <w:rsid w:val="00E632E9"/>
    <w:rsid w:val="00E7571B"/>
    <w:rsid w:val="00EA085B"/>
    <w:rsid w:val="00F02364"/>
    <w:rsid w:val="00F46866"/>
    <w:rsid w:val="00F80E16"/>
    <w:rsid w:val="00FB261B"/>
    <w:rsid w:val="00FC693F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18590DD"/>
  <w14:defaultImageDpi w14:val="300"/>
  <w15:docId w15:val="{7C28C49F-D0F8-4114-A544-609ACE9A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表 (格子)2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Date"/>
    <w:basedOn w:val="a1"/>
    <w:next w:val="a1"/>
    <w:link w:val="aff0"/>
    <w:uiPriority w:val="99"/>
    <w:semiHidden/>
    <w:unhideWhenUsed/>
    <w:rsid w:val="00F46866"/>
  </w:style>
  <w:style w:type="character" w:customStyle="1" w:styleId="aff0">
    <w:name w:val="日付 (文字)"/>
    <w:basedOn w:val="a2"/>
    <w:link w:val="aff"/>
    <w:uiPriority w:val="99"/>
    <w:semiHidden/>
    <w:rsid w:val="00F4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2026-01-13T10:27:00Z</cp:lastPrinted>
  <dcterms:created xsi:type="dcterms:W3CDTF">2026-06-03T06:26:00Z</dcterms:created>
  <dcterms:modified xsi:type="dcterms:W3CDTF">2026-09-17T03:41:00Z</dcterms:modified>
  <cp:category/>
</cp:coreProperties>
</file>