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F02B1" w14:textId="77777777" w:rsidR="008B0750" w:rsidRPr="00F02364" w:rsidRDefault="008B0750" w:rsidP="001F36A0">
      <w:pPr>
        <w:widowControl w:val="0"/>
        <w:spacing w:after="0" w:line="340" w:lineRule="exact"/>
        <w:jc w:val="right"/>
        <w:rPr>
          <w:rFonts w:ascii="ＭＳ 明朝" w:eastAsia="ＭＳ 明朝" w:hAnsi="ＭＳ 明朝" w:cs="Times New Roman"/>
          <w:kern w:val="2"/>
          <w:sz w:val="21"/>
          <w:szCs w:val="21"/>
          <w:bdr w:val="single" w:sz="4" w:space="0" w:color="auto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bdr w:val="single" w:sz="4" w:space="0" w:color="auto"/>
          <w:lang w:eastAsia="ja-JP"/>
        </w:rPr>
        <w:t>様式第６号</w:t>
      </w:r>
    </w:p>
    <w:p w14:paraId="48272A66" w14:textId="77777777" w:rsidR="008B0750" w:rsidRPr="00F02364" w:rsidRDefault="008B0750" w:rsidP="001F36A0">
      <w:pPr>
        <w:widowControl w:val="0"/>
        <w:spacing w:after="0" w:line="340" w:lineRule="exact"/>
        <w:jc w:val="right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21926CB0" w14:textId="1BD9CB7B" w:rsidR="008B0750" w:rsidRPr="00F02364" w:rsidRDefault="008B0750" w:rsidP="001F36A0">
      <w:pPr>
        <w:widowControl w:val="0"/>
        <w:spacing w:after="0" w:line="340" w:lineRule="exact"/>
        <w:jc w:val="right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令和</w:t>
      </w:r>
      <w:r w:rsidR="001F36A0"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８</w:t>
      </w: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年　　月　　日</w:t>
      </w:r>
    </w:p>
    <w:p w14:paraId="0960696B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52B8DA4E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 xml:space="preserve">　（あて先）八尾市長</w:t>
      </w:r>
    </w:p>
    <w:p w14:paraId="189BB12A" w14:textId="77777777" w:rsidR="008B0750" w:rsidRPr="00F02364" w:rsidRDefault="008B0750" w:rsidP="001F36A0">
      <w:pPr>
        <w:widowControl w:val="0"/>
        <w:spacing w:after="0" w:line="340" w:lineRule="exact"/>
        <w:ind w:firstLineChars="1957" w:firstLine="411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住所又は所在地</w:t>
      </w:r>
    </w:p>
    <w:p w14:paraId="27E84F08" w14:textId="77777777" w:rsidR="008B0750" w:rsidRPr="00F02364" w:rsidRDefault="008B0750" w:rsidP="001F36A0">
      <w:pPr>
        <w:widowControl w:val="0"/>
        <w:spacing w:after="0" w:line="340" w:lineRule="exact"/>
        <w:ind w:firstLineChars="1957" w:firstLine="411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162CB748" w14:textId="77777777" w:rsidR="008B0750" w:rsidRPr="00F02364" w:rsidRDefault="008B0750" w:rsidP="001F36A0">
      <w:pPr>
        <w:widowControl w:val="0"/>
        <w:spacing w:after="0" w:line="340" w:lineRule="exact"/>
        <w:ind w:firstLineChars="1957" w:firstLine="411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商号又は名称</w:t>
      </w:r>
    </w:p>
    <w:p w14:paraId="4C8002AC" w14:textId="77777777" w:rsidR="008B0750" w:rsidRPr="00F02364" w:rsidRDefault="008B0750" w:rsidP="001F36A0">
      <w:pPr>
        <w:widowControl w:val="0"/>
        <w:spacing w:after="0" w:line="340" w:lineRule="exact"/>
        <w:ind w:firstLineChars="1957" w:firstLine="411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65F35F31" w14:textId="77777777" w:rsidR="008B0750" w:rsidRPr="00F02364" w:rsidRDefault="008B0750" w:rsidP="001F36A0">
      <w:pPr>
        <w:widowControl w:val="0"/>
        <w:spacing w:after="0" w:line="340" w:lineRule="exact"/>
        <w:ind w:firstLineChars="1957" w:firstLine="4110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 xml:space="preserve">代表者職氏名　　　　　　　　　　　</w:t>
      </w:r>
    </w:p>
    <w:p w14:paraId="4497CB6B" w14:textId="77777777" w:rsidR="008B0750" w:rsidRPr="00F02364" w:rsidRDefault="008B0750" w:rsidP="001F36A0">
      <w:pPr>
        <w:widowControl w:val="0"/>
        <w:spacing w:after="0" w:line="340" w:lineRule="exact"/>
        <w:jc w:val="right"/>
        <w:rPr>
          <w:rFonts w:ascii="ＭＳ 明朝" w:eastAsia="ＭＳ 明朝" w:hAnsi="ＭＳ 明朝" w:cs="Times New Roman"/>
          <w:sz w:val="21"/>
          <w:szCs w:val="21"/>
          <w:lang w:eastAsia="ja-JP"/>
        </w:rPr>
      </w:pPr>
    </w:p>
    <w:p w14:paraId="0E63A1F0" w14:textId="77777777" w:rsidR="008B0750" w:rsidRPr="00F02364" w:rsidRDefault="008B0750" w:rsidP="001F36A0">
      <w:pPr>
        <w:widowControl w:val="0"/>
        <w:spacing w:after="0" w:line="340" w:lineRule="exact"/>
        <w:jc w:val="center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1F483467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300F2072" w14:textId="77777777" w:rsidR="008B0750" w:rsidRPr="00F02364" w:rsidRDefault="008B0750" w:rsidP="001F36A0">
      <w:pPr>
        <w:widowControl w:val="0"/>
        <w:spacing w:after="0" w:line="340" w:lineRule="exact"/>
        <w:jc w:val="center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企画提案書</w:t>
      </w:r>
    </w:p>
    <w:p w14:paraId="4F5C84C3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2B5E1464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 xml:space="preserve">　次の業務について、提案書を提出します。</w:t>
      </w:r>
    </w:p>
    <w:p w14:paraId="53411B37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03BDF37D" w14:textId="6F806C9A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 xml:space="preserve">　業務名　</w:t>
      </w:r>
      <w:r w:rsidR="001F36A0" w:rsidRPr="00F02364">
        <w:rPr>
          <w:rFonts w:asciiTheme="minorEastAsia" w:hAnsiTheme="minorEastAsia" w:hint="eastAsia"/>
          <w:sz w:val="21"/>
          <w:szCs w:val="21"/>
          <w:lang w:eastAsia="ja-JP"/>
        </w:rPr>
        <w:t>令和８年度八尾市道路台帳管理システム他3システム再構築業務</w:t>
      </w:r>
    </w:p>
    <w:p w14:paraId="2932A21B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1681B948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09ADBFF9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69AA6B80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49EB089B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58B60CDB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5B1812A3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458FD254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3984B58F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33360F02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3BEA9452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3148EA67" w14:textId="77777777" w:rsidR="008B0750" w:rsidRPr="00F02364" w:rsidRDefault="008B0750" w:rsidP="001F36A0">
      <w:pPr>
        <w:widowControl w:val="0"/>
        <w:spacing w:after="0" w:line="340" w:lineRule="exact"/>
        <w:ind w:leftChars="2400" w:left="5280"/>
        <w:jc w:val="both"/>
        <w:rPr>
          <w:rFonts w:ascii="ＭＳ 明朝" w:eastAsia="ＭＳ 明朝" w:hAnsi="ＭＳ 明朝" w:cs="Times New Roman"/>
          <w:kern w:val="2"/>
          <w:sz w:val="21"/>
          <w:lang w:eastAsia="ja-JP"/>
        </w:rPr>
      </w:pPr>
    </w:p>
    <w:p w14:paraId="55553860" w14:textId="77777777" w:rsidR="008B0750" w:rsidRPr="00F02364" w:rsidRDefault="008B0750" w:rsidP="001F36A0">
      <w:pPr>
        <w:widowControl w:val="0"/>
        <w:spacing w:after="0" w:line="340" w:lineRule="exact"/>
        <w:ind w:firstLineChars="2200" w:firstLine="4620"/>
        <w:jc w:val="both"/>
        <w:rPr>
          <w:rFonts w:ascii="ＭＳ 明朝" w:eastAsia="ＭＳ 明朝" w:hAnsi="ＭＳ 明朝" w:cs="Times New Roman"/>
          <w:kern w:val="2"/>
          <w:sz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lang w:eastAsia="ja-JP"/>
        </w:rPr>
        <w:t>＜連絡先＞</w:t>
      </w:r>
    </w:p>
    <w:p w14:paraId="4160953D" w14:textId="77777777" w:rsidR="008B0750" w:rsidRPr="00F02364" w:rsidRDefault="008B0750" w:rsidP="001F36A0">
      <w:pPr>
        <w:widowControl w:val="0"/>
        <w:spacing w:after="0" w:line="340" w:lineRule="exact"/>
        <w:ind w:leftChars="2300" w:left="5060"/>
        <w:jc w:val="both"/>
        <w:rPr>
          <w:rFonts w:ascii="ＭＳ 明朝" w:eastAsia="ＭＳ 明朝" w:hAnsi="ＭＳ 明朝" w:cs="Times New Roman"/>
          <w:kern w:val="2"/>
          <w:sz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lang w:eastAsia="ja-JP"/>
        </w:rPr>
        <w:t>部　署　：</w:t>
      </w:r>
    </w:p>
    <w:p w14:paraId="314A2140" w14:textId="77777777" w:rsidR="008B0750" w:rsidRPr="00F02364" w:rsidRDefault="008B0750" w:rsidP="001F36A0">
      <w:pPr>
        <w:widowControl w:val="0"/>
        <w:spacing w:after="0" w:line="340" w:lineRule="exact"/>
        <w:ind w:leftChars="2300" w:left="5060"/>
        <w:jc w:val="both"/>
        <w:rPr>
          <w:rFonts w:ascii="ＭＳ 明朝" w:eastAsia="ＭＳ 明朝" w:hAnsi="ＭＳ 明朝" w:cs="Times New Roman"/>
          <w:kern w:val="2"/>
          <w:sz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lang w:eastAsia="ja-JP"/>
        </w:rPr>
        <w:t>担当者　：</w:t>
      </w:r>
    </w:p>
    <w:p w14:paraId="03EA50CC" w14:textId="77777777" w:rsidR="008B0750" w:rsidRPr="00F02364" w:rsidRDefault="008B0750" w:rsidP="001F36A0">
      <w:pPr>
        <w:widowControl w:val="0"/>
        <w:spacing w:after="0" w:line="340" w:lineRule="exact"/>
        <w:ind w:leftChars="2300" w:left="5060"/>
        <w:jc w:val="both"/>
        <w:rPr>
          <w:rFonts w:ascii="ＭＳ 明朝" w:eastAsia="ＭＳ 明朝" w:hAnsi="ＭＳ 明朝" w:cs="Times New Roman"/>
          <w:kern w:val="2"/>
          <w:sz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lang w:eastAsia="ja-JP"/>
        </w:rPr>
        <w:t>ＴＥＬ　：</w:t>
      </w:r>
    </w:p>
    <w:p w14:paraId="4F2A4C98" w14:textId="77777777" w:rsidR="008B0750" w:rsidRPr="00F02364" w:rsidRDefault="008B0750" w:rsidP="001F36A0">
      <w:pPr>
        <w:widowControl w:val="0"/>
        <w:spacing w:after="0" w:line="340" w:lineRule="exact"/>
        <w:ind w:leftChars="2300" w:left="5060"/>
        <w:jc w:val="both"/>
        <w:rPr>
          <w:rFonts w:ascii="ＭＳ 明朝" w:eastAsia="ＭＳ 明朝" w:hAnsi="ＭＳ 明朝" w:cs="Times New Roman"/>
          <w:kern w:val="2"/>
          <w:sz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lang w:eastAsia="ja-JP"/>
        </w:rPr>
        <w:t>Ｅ-mail</w:t>
      </w:r>
      <w:r w:rsidRPr="00F02364">
        <w:rPr>
          <w:rFonts w:ascii="ＭＳ 明朝" w:eastAsia="ＭＳ 明朝" w:hAnsi="ＭＳ 明朝" w:cs="Times New Roman"/>
          <w:kern w:val="2"/>
          <w:sz w:val="21"/>
          <w:lang w:eastAsia="ja-JP"/>
        </w:rPr>
        <w:t xml:space="preserve"> </w:t>
      </w:r>
      <w:r w:rsidRPr="00F02364">
        <w:rPr>
          <w:rFonts w:ascii="ＭＳ 明朝" w:eastAsia="ＭＳ 明朝" w:hAnsi="ＭＳ 明朝" w:cs="Times New Roman" w:hint="eastAsia"/>
          <w:kern w:val="2"/>
          <w:sz w:val="21"/>
          <w:lang w:eastAsia="ja-JP"/>
        </w:rPr>
        <w:t>：</w:t>
      </w:r>
    </w:p>
    <w:p w14:paraId="24C93CAF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5729DAC4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7BBA7F32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sectPr w:rsidR="008B0750" w:rsidRPr="00F02364" w:rsidSect="00A73A00">
      <w:pgSz w:w="11906" w:h="16838" w:code="9"/>
      <w:pgMar w:top="1440" w:right="1701" w:bottom="14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22714" w14:textId="77777777" w:rsidR="00AE193C" w:rsidRDefault="00AE193C" w:rsidP="00AE193C">
      <w:pPr>
        <w:spacing w:after="0" w:line="240" w:lineRule="auto"/>
      </w:pPr>
      <w:r>
        <w:separator/>
      </w:r>
    </w:p>
  </w:endnote>
  <w:endnote w:type="continuationSeparator" w:id="0">
    <w:p w14:paraId="1D38CE11" w14:textId="77777777" w:rsidR="00AE193C" w:rsidRDefault="00AE193C" w:rsidP="00AE1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8149E" w14:textId="77777777" w:rsidR="00AE193C" w:rsidRDefault="00AE193C" w:rsidP="00AE193C">
      <w:pPr>
        <w:spacing w:after="0" w:line="240" w:lineRule="auto"/>
      </w:pPr>
      <w:r>
        <w:separator/>
      </w:r>
    </w:p>
  </w:footnote>
  <w:footnote w:type="continuationSeparator" w:id="0">
    <w:p w14:paraId="5D6CE7F0" w14:textId="77777777" w:rsidR="00AE193C" w:rsidRDefault="00AE193C" w:rsidP="00AE19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1B1348"/>
    <w:multiLevelType w:val="hybridMultilevel"/>
    <w:tmpl w:val="585EA240"/>
    <w:lvl w:ilvl="0" w:tplc="DEE8F504">
      <w:start w:val="1"/>
      <w:numFmt w:val="decimal"/>
      <w:lvlText w:val="（%1）"/>
      <w:lvlJc w:val="left"/>
      <w:pPr>
        <w:ind w:left="71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78" w:hanging="440"/>
      </w:pPr>
    </w:lvl>
    <w:lvl w:ilvl="2" w:tplc="04090011" w:tentative="1">
      <w:start w:val="1"/>
      <w:numFmt w:val="decimalEnclosedCircle"/>
      <w:lvlText w:val="%3"/>
      <w:lvlJc w:val="left"/>
      <w:pPr>
        <w:ind w:left="1318" w:hanging="440"/>
      </w:pPr>
    </w:lvl>
    <w:lvl w:ilvl="3" w:tplc="0409000F" w:tentative="1">
      <w:start w:val="1"/>
      <w:numFmt w:val="decimal"/>
      <w:lvlText w:val="%4."/>
      <w:lvlJc w:val="left"/>
      <w:pPr>
        <w:ind w:left="1758" w:hanging="440"/>
      </w:pPr>
    </w:lvl>
    <w:lvl w:ilvl="4" w:tplc="04090017" w:tentative="1">
      <w:start w:val="1"/>
      <w:numFmt w:val="aiueoFullWidth"/>
      <w:lvlText w:val="(%5)"/>
      <w:lvlJc w:val="left"/>
      <w:pPr>
        <w:ind w:left="2198" w:hanging="440"/>
      </w:pPr>
    </w:lvl>
    <w:lvl w:ilvl="5" w:tplc="04090011" w:tentative="1">
      <w:start w:val="1"/>
      <w:numFmt w:val="decimalEnclosedCircle"/>
      <w:lvlText w:val="%6"/>
      <w:lvlJc w:val="left"/>
      <w:pPr>
        <w:ind w:left="2638" w:hanging="440"/>
      </w:pPr>
    </w:lvl>
    <w:lvl w:ilvl="6" w:tplc="0409000F" w:tentative="1">
      <w:start w:val="1"/>
      <w:numFmt w:val="decimal"/>
      <w:lvlText w:val="%7."/>
      <w:lvlJc w:val="left"/>
      <w:pPr>
        <w:ind w:left="3078" w:hanging="440"/>
      </w:pPr>
    </w:lvl>
    <w:lvl w:ilvl="7" w:tplc="04090017" w:tentative="1">
      <w:start w:val="1"/>
      <w:numFmt w:val="aiueoFullWidth"/>
      <w:lvlText w:val="(%8)"/>
      <w:lvlJc w:val="left"/>
      <w:pPr>
        <w:ind w:left="3518" w:hanging="440"/>
      </w:pPr>
    </w:lvl>
    <w:lvl w:ilvl="8" w:tplc="04090011" w:tentative="1">
      <w:start w:val="1"/>
      <w:numFmt w:val="decimalEnclosedCircle"/>
      <w:lvlText w:val="%9"/>
      <w:lvlJc w:val="left"/>
      <w:pPr>
        <w:ind w:left="3958" w:hanging="440"/>
      </w:pPr>
    </w:lvl>
  </w:abstractNum>
  <w:abstractNum w:abstractNumId="10" w15:restartNumberingAfterBreak="0">
    <w:nsid w:val="13B41472"/>
    <w:multiLevelType w:val="hybridMultilevel"/>
    <w:tmpl w:val="2E606D2C"/>
    <w:lvl w:ilvl="0" w:tplc="7DD272E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16E27F46"/>
    <w:multiLevelType w:val="hybridMultilevel"/>
    <w:tmpl w:val="0332F428"/>
    <w:lvl w:ilvl="0" w:tplc="4F14025E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1BB772AA"/>
    <w:multiLevelType w:val="hybridMultilevel"/>
    <w:tmpl w:val="A6F0EC30"/>
    <w:lvl w:ilvl="0" w:tplc="B0B0D9DE">
      <w:start w:val="1"/>
      <w:numFmt w:val="decimal"/>
      <w:lvlText w:val="（%1）"/>
      <w:lvlJc w:val="left"/>
      <w:pPr>
        <w:ind w:left="72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20D36521"/>
    <w:multiLevelType w:val="hybridMultilevel"/>
    <w:tmpl w:val="4C9EDD68"/>
    <w:lvl w:ilvl="0" w:tplc="AB4C26EA">
      <w:start w:val="1"/>
      <w:numFmt w:val="decimal"/>
      <w:lvlText w:val="（%1）"/>
      <w:lvlJc w:val="left"/>
      <w:pPr>
        <w:ind w:left="72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2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2" w:hanging="440"/>
      </w:pPr>
    </w:lvl>
    <w:lvl w:ilvl="3" w:tplc="0409000F" w:tentative="1">
      <w:start w:val="1"/>
      <w:numFmt w:val="decimal"/>
      <w:lvlText w:val="%4."/>
      <w:lvlJc w:val="left"/>
      <w:pPr>
        <w:ind w:left="1762" w:hanging="440"/>
      </w:pPr>
    </w:lvl>
    <w:lvl w:ilvl="4" w:tplc="04090017" w:tentative="1">
      <w:start w:val="1"/>
      <w:numFmt w:val="aiueoFullWidth"/>
      <w:lvlText w:val="(%5)"/>
      <w:lvlJc w:val="left"/>
      <w:pPr>
        <w:ind w:left="2202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2" w:hanging="440"/>
      </w:pPr>
    </w:lvl>
    <w:lvl w:ilvl="6" w:tplc="0409000F" w:tentative="1">
      <w:start w:val="1"/>
      <w:numFmt w:val="decimal"/>
      <w:lvlText w:val="%7."/>
      <w:lvlJc w:val="left"/>
      <w:pPr>
        <w:ind w:left="3082" w:hanging="440"/>
      </w:pPr>
    </w:lvl>
    <w:lvl w:ilvl="7" w:tplc="04090017" w:tentative="1">
      <w:start w:val="1"/>
      <w:numFmt w:val="aiueoFullWidth"/>
      <w:lvlText w:val="(%8)"/>
      <w:lvlJc w:val="left"/>
      <w:pPr>
        <w:ind w:left="3522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2" w:hanging="440"/>
      </w:pPr>
    </w:lvl>
  </w:abstractNum>
  <w:abstractNum w:abstractNumId="14" w15:restartNumberingAfterBreak="0">
    <w:nsid w:val="21317DAE"/>
    <w:multiLevelType w:val="hybridMultilevel"/>
    <w:tmpl w:val="E42CEC02"/>
    <w:lvl w:ilvl="0" w:tplc="40043502">
      <w:start w:val="1"/>
      <w:numFmt w:val="decimal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5" w15:restartNumberingAfterBreak="0">
    <w:nsid w:val="3273272C"/>
    <w:multiLevelType w:val="hybridMultilevel"/>
    <w:tmpl w:val="FFBECBC2"/>
    <w:lvl w:ilvl="0" w:tplc="E74CDD1C">
      <w:start w:val="1"/>
      <w:numFmt w:val="decimal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6" w15:restartNumberingAfterBreak="0">
    <w:nsid w:val="34CD51F3"/>
    <w:multiLevelType w:val="hybridMultilevel"/>
    <w:tmpl w:val="5D32C4C4"/>
    <w:lvl w:ilvl="0" w:tplc="D9180E20">
      <w:start w:val="1"/>
      <w:numFmt w:val="decimal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7" w15:restartNumberingAfterBreak="0">
    <w:nsid w:val="38E73900"/>
    <w:multiLevelType w:val="hybridMultilevel"/>
    <w:tmpl w:val="0FE40810"/>
    <w:lvl w:ilvl="0" w:tplc="F6D85AA0">
      <w:start w:val="1"/>
      <w:numFmt w:val="decimalFullWidth"/>
      <w:lvlText w:val="%1．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AE63BA6"/>
    <w:multiLevelType w:val="hybridMultilevel"/>
    <w:tmpl w:val="47F28FA4"/>
    <w:lvl w:ilvl="0" w:tplc="EF5070EA">
      <w:start w:val="1"/>
      <w:numFmt w:val="decimalFullWidth"/>
      <w:lvlText w:val="%1．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536A5587"/>
    <w:multiLevelType w:val="hybridMultilevel"/>
    <w:tmpl w:val="DE5C0802"/>
    <w:lvl w:ilvl="0" w:tplc="836E724A">
      <w:start w:val="1"/>
      <w:numFmt w:val="decimalFullWidth"/>
      <w:lvlText w:val="%1."/>
      <w:lvlJc w:val="left"/>
      <w:pPr>
        <w:ind w:left="510" w:hanging="510"/>
      </w:pPr>
      <w:rPr>
        <w:rFonts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5E180044"/>
    <w:multiLevelType w:val="hybridMultilevel"/>
    <w:tmpl w:val="C848EBB6"/>
    <w:lvl w:ilvl="0" w:tplc="5F4EB1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678762FD"/>
    <w:multiLevelType w:val="hybridMultilevel"/>
    <w:tmpl w:val="AD28493E"/>
    <w:lvl w:ilvl="0" w:tplc="0A6AE40A">
      <w:start w:val="1"/>
      <w:numFmt w:val="decimal"/>
      <w:lvlText w:val="（%1）"/>
      <w:lvlJc w:val="left"/>
      <w:pPr>
        <w:ind w:left="1305" w:hanging="720"/>
      </w:pPr>
      <w:rPr>
        <w:rFonts w:hint="default"/>
      </w:rPr>
    </w:lvl>
    <w:lvl w:ilvl="1" w:tplc="357AF1D0">
      <w:start w:val="1"/>
      <w:numFmt w:val="decimalFullWidth"/>
      <w:lvlText w:val="%2．"/>
      <w:lvlJc w:val="left"/>
      <w:pPr>
        <w:ind w:left="1385" w:hanging="360"/>
      </w:pPr>
      <w:rPr>
        <w:rFonts w:asciiTheme="minorHAnsi" w:eastAsiaTheme="minorEastAsia" w:hAnsiTheme="minorHAnsi" w:hint="default"/>
      </w:rPr>
    </w:lvl>
    <w:lvl w:ilvl="2" w:tplc="04090011">
      <w:start w:val="1"/>
      <w:numFmt w:val="decimalEnclosedCircle"/>
      <w:lvlText w:val="%3"/>
      <w:lvlJc w:val="left"/>
      <w:pPr>
        <w:ind w:left="1905" w:hanging="440"/>
      </w:pPr>
    </w:lvl>
    <w:lvl w:ilvl="3" w:tplc="0409000F">
      <w:start w:val="1"/>
      <w:numFmt w:val="decimal"/>
      <w:lvlText w:val="%4."/>
      <w:lvlJc w:val="left"/>
      <w:pPr>
        <w:ind w:left="2345" w:hanging="440"/>
      </w:pPr>
    </w:lvl>
    <w:lvl w:ilvl="4" w:tplc="04090017" w:tentative="1">
      <w:start w:val="1"/>
      <w:numFmt w:val="aiueoFullWidth"/>
      <w:lvlText w:val="(%5)"/>
      <w:lvlJc w:val="left"/>
      <w:pPr>
        <w:ind w:left="2785" w:hanging="44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40"/>
      </w:pPr>
    </w:lvl>
    <w:lvl w:ilvl="6" w:tplc="0409000F" w:tentative="1">
      <w:start w:val="1"/>
      <w:numFmt w:val="decimal"/>
      <w:lvlText w:val="%7."/>
      <w:lvlJc w:val="left"/>
      <w:pPr>
        <w:ind w:left="3665" w:hanging="440"/>
      </w:pPr>
    </w:lvl>
    <w:lvl w:ilvl="7" w:tplc="04090017" w:tentative="1">
      <w:start w:val="1"/>
      <w:numFmt w:val="aiueoFullWidth"/>
      <w:lvlText w:val="(%8)"/>
      <w:lvlJc w:val="left"/>
      <w:pPr>
        <w:ind w:left="4105" w:hanging="44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40"/>
      </w:pPr>
    </w:lvl>
  </w:abstractNum>
  <w:abstractNum w:abstractNumId="22" w15:restartNumberingAfterBreak="0">
    <w:nsid w:val="695247F2"/>
    <w:multiLevelType w:val="hybridMultilevel"/>
    <w:tmpl w:val="91282F30"/>
    <w:lvl w:ilvl="0" w:tplc="1D0E016A">
      <w:start w:val="10"/>
      <w:numFmt w:val="decimal"/>
      <w:lvlText w:val="%1."/>
      <w:lvlJc w:val="left"/>
      <w:pPr>
        <w:ind w:left="360" w:hanging="360"/>
      </w:pPr>
      <w:rPr>
        <w:rFonts w:asciiTheme="minorEastAsia" w:eastAsia="ＭＳ 明朝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765A3E69"/>
    <w:multiLevelType w:val="hybridMultilevel"/>
    <w:tmpl w:val="B92088C0"/>
    <w:lvl w:ilvl="0" w:tplc="0FB8705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77443BD4"/>
    <w:multiLevelType w:val="hybridMultilevel"/>
    <w:tmpl w:val="E00E3984"/>
    <w:lvl w:ilvl="0" w:tplc="01067A2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9"/>
  </w:num>
  <w:num w:numId="11">
    <w:abstractNumId w:val="18"/>
  </w:num>
  <w:num w:numId="12">
    <w:abstractNumId w:val="12"/>
  </w:num>
  <w:num w:numId="13">
    <w:abstractNumId w:val="21"/>
  </w:num>
  <w:num w:numId="14">
    <w:abstractNumId w:val="11"/>
  </w:num>
  <w:num w:numId="15">
    <w:abstractNumId w:val="22"/>
  </w:num>
  <w:num w:numId="16">
    <w:abstractNumId w:val="20"/>
  </w:num>
  <w:num w:numId="17">
    <w:abstractNumId w:val="10"/>
  </w:num>
  <w:num w:numId="18">
    <w:abstractNumId w:val="15"/>
  </w:num>
  <w:num w:numId="19">
    <w:abstractNumId w:val="16"/>
  </w:num>
  <w:num w:numId="20">
    <w:abstractNumId w:val="23"/>
  </w:num>
  <w:num w:numId="21">
    <w:abstractNumId w:val="9"/>
  </w:num>
  <w:num w:numId="22">
    <w:abstractNumId w:val="13"/>
  </w:num>
  <w:num w:numId="23">
    <w:abstractNumId w:val="14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014"/>
    <w:rsid w:val="0006063C"/>
    <w:rsid w:val="00062148"/>
    <w:rsid w:val="000F2520"/>
    <w:rsid w:val="001024F8"/>
    <w:rsid w:val="001443EA"/>
    <w:rsid w:val="00147271"/>
    <w:rsid w:val="0015074B"/>
    <w:rsid w:val="00160DA5"/>
    <w:rsid w:val="001F36A0"/>
    <w:rsid w:val="00207505"/>
    <w:rsid w:val="00242F0A"/>
    <w:rsid w:val="00262C1D"/>
    <w:rsid w:val="0029639D"/>
    <w:rsid w:val="002A6A5B"/>
    <w:rsid w:val="002D5C18"/>
    <w:rsid w:val="00326F90"/>
    <w:rsid w:val="00331F10"/>
    <w:rsid w:val="00343296"/>
    <w:rsid w:val="00361B19"/>
    <w:rsid w:val="00364935"/>
    <w:rsid w:val="00374D52"/>
    <w:rsid w:val="003938CB"/>
    <w:rsid w:val="003C493D"/>
    <w:rsid w:val="003D3019"/>
    <w:rsid w:val="003E0135"/>
    <w:rsid w:val="003F6BD9"/>
    <w:rsid w:val="00493345"/>
    <w:rsid w:val="005016F3"/>
    <w:rsid w:val="00565F78"/>
    <w:rsid w:val="005804EF"/>
    <w:rsid w:val="005B3169"/>
    <w:rsid w:val="005C4383"/>
    <w:rsid w:val="00612DC4"/>
    <w:rsid w:val="00653386"/>
    <w:rsid w:val="0068038E"/>
    <w:rsid w:val="007724E7"/>
    <w:rsid w:val="007E2473"/>
    <w:rsid w:val="007F5E34"/>
    <w:rsid w:val="008507CF"/>
    <w:rsid w:val="00860CF6"/>
    <w:rsid w:val="00887E30"/>
    <w:rsid w:val="008B0750"/>
    <w:rsid w:val="00931BA2"/>
    <w:rsid w:val="00931FD0"/>
    <w:rsid w:val="009C1FE1"/>
    <w:rsid w:val="009C7BD5"/>
    <w:rsid w:val="009D5018"/>
    <w:rsid w:val="009D789D"/>
    <w:rsid w:val="00A415BD"/>
    <w:rsid w:val="00A54A3B"/>
    <w:rsid w:val="00A73A00"/>
    <w:rsid w:val="00A84BA4"/>
    <w:rsid w:val="00AA1D8D"/>
    <w:rsid w:val="00AA6BFB"/>
    <w:rsid w:val="00AE193C"/>
    <w:rsid w:val="00B47730"/>
    <w:rsid w:val="00B84B93"/>
    <w:rsid w:val="00C30AC1"/>
    <w:rsid w:val="00C334E6"/>
    <w:rsid w:val="00C63D87"/>
    <w:rsid w:val="00C85F04"/>
    <w:rsid w:val="00CB0664"/>
    <w:rsid w:val="00CD7087"/>
    <w:rsid w:val="00CF53AF"/>
    <w:rsid w:val="00D77204"/>
    <w:rsid w:val="00DC7739"/>
    <w:rsid w:val="00E3383C"/>
    <w:rsid w:val="00E52CA6"/>
    <w:rsid w:val="00E632E9"/>
    <w:rsid w:val="00E7571B"/>
    <w:rsid w:val="00EA085B"/>
    <w:rsid w:val="00F02364"/>
    <w:rsid w:val="00F46866"/>
    <w:rsid w:val="00F80E16"/>
    <w:rsid w:val="00FB261B"/>
    <w:rsid w:val="00FC693F"/>
    <w:rsid w:val="00FF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18590DD"/>
  <w14:defaultImageDpi w14:val="300"/>
  <w15:docId w15:val="{7C28C49F-D0F8-4114-A544-609ACE9AA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18">
    <w:name w:val="表 (格子)1"/>
    <w:basedOn w:val="a3"/>
    <w:next w:val="afe"/>
    <w:uiPriority w:val="39"/>
    <w:rsid w:val="008B0750"/>
    <w:pPr>
      <w:spacing w:after="0" w:line="240" w:lineRule="auto"/>
    </w:pPr>
    <w:rPr>
      <w:kern w:val="2"/>
      <w:sz w:val="21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2">
    <w:name w:val="表 (格子)2"/>
    <w:basedOn w:val="a3"/>
    <w:next w:val="afe"/>
    <w:uiPriority w:val="39"/>
    <w:rsid w:val="008B0750"/>
    <w:pPr>
      <w:spacing w:after="0" w:line="240" w:lineRule="auto"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Date"/>
    <w:basedOn w:val="a1"/>
    <w:next w:val="a1"/>
    <w:link w:val="aff0"/>
    <w:uiPriority w:val="99"/>
    <w:semiHidden/>
    <w:unhideWhenUsed/>
    <w:rsid w:val="00F46866"/>
  </w:style>
  <w:style w:type="character" w:customStyle="1" w:styleId="aff0">
    <w:name w:val="日付 (文字)"/>
    <w:basedOn w:val="a2"/>
    <w:link w:val="aff"/>
    <w:uiPriority w:val="99"/>
    <w:semiHidden/>
    <w:rsid w:val="00F46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</Words>
  <Characters>154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2026-01-13T10:27:00Z</cp:lastPrinted>
  <dcterms:created xsi:type="dcterms:W3CDTF">2026-06-03T06:26:00Z</dcterms:created>
  <dcterms:modified xsi:type="dcterms:W3CDTF">2026-09-13T03:58:00Z</dcterms:modified>
  <cp:category/>
</cp:coreProperties>
</file>