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93E1" w14:textId="3F0BB8F1" w:rsidR="008B0750" w:rsidRPr="00F02364" w:rsidRDefault="008B0750" w:rsidP="008E6F0F">
      <w:pPr>
        <w:widowControl w:val="0"/>
        <w:spacing w:after="0" w:line="340" w:lineRule="exact"/>
        <w:ind w:right="210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</w:t>
      </w:r>
      <w:r w:rsidR="00746169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９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号</w:t>
      </w:r>
    </w:p>
    <w:p w14:paraId="106BFC2D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9B6113C" w14:textId="177CDFC5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1F36A0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78BFD7D3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2C7C039" w14:textId="77777777" w:rsidR="008B0750" w:rsidRPr="00F02364" w:rsidRDefault="008B0750" w:rsidP="001F36A0">
      <w:pPr>
        <w:widowControl w:val="0"/>
        <w:spacing w:after="0" w:line="340" w:lineRule="exact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74262D3C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7A2519A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921760F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03BAF3B2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623A9C3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11347D3A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B4D651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代表者職氏名　　　　　　　　　　　　　㊞</w:t>
      </w:r>
    </w:p>
    <w:p w14:paraId="258E9667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A2CB100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F8F470F" w14:textId="166118A0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</w:pPr>
      <w:r w:rsidRPr="00F02364">
        <w:rPr>
          <w:rFonts w:ascii="ＭＳ 明朝" w:eastAsia="ＭＳ 明朝" w:hAnsi="ＭＳ 明朝" w:cs="Times New Roman" w:hint="eastAsia"/>
          <w:b/>
          <w:bCs/>
          <w:kern w:val="2"/>
          <w:sz w:val="24"/>
          <w:szCs w:val="24"/>
          <w:lang w:eastAsia="ja-JP"/>
        </w:rPr>
        <w:t>見　積</w:t>
      </w:r>
      <w:r w:rsidRPr="00F02364"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  <w:t xml:space="preserve">　書</w:t>
      </w:r>
      <w:r w:rsidR="008E6F0F">
        <w:rPr>
          <w:rFonts w:ascii="ＭＳ 明朝" w:eastAsia="ＭＳ 明朝" w:hAnsi="ＭＳ 明朝" w:cs="Times New Roman" w:hint="eastAsia"/>
          <w:b/>
          <w:bCs/>
          <w:kern w:val="2"/>
          <w:sz w:val="24"/>
          <w:szCs w:val="24"/>
          <w:lang w:eastAsia="ja-JP"/>
        </w:rPr>
        <w:t xml:space="preserve"> （ 保 守 運 用 ）</w:t>
      </w:r>
    </w:p>
    <w:p w14:paraId="46A5E02B" w14:textId="77777777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</w:pPr>
    </w:p>
    <w:p w14:paraId="6495A3AA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BB4ACFD" w14:textId="3D52A60B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  <w:t xml:space="preserve">　業務名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u w:val="single"/>
          <w:lang w:eastAsia="ja-JP"/>
        </w:rPr>
        <w:t>：</w:t>
      </w:r>
      <w:r w:rsidR="001F36A0" w:rsidRPr="00F02364">
        <w:rPr>
          <w:rFonts w:asciiTheme="minorEastAsia" w:hAnsiTheme="minorEastAsia" w:hint="eastAsia"/>
          <w:sz w:val="21"/>
          <w:szCs w:val="21"/>
          <w:u w:val="single"/>
          <w:lang w:eastAsia="ja-JP"/>
        </w:rPr>
        <w:t>令和８年度八尾市道路台帳管理システム他3システム再構築業務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  <w:t xml:space="preserve">　</w:t>
      </w:r>
    </w:p>
    <w:p w14:paraId="3D5D45E5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E4F2FD1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EEA45A8" w14:textId="77777777" w:rsidR="008B0750" w:rsidRPr="00F02364" w:rsidRDefault="008B0750" w:rsidP="001F36A0">
      <w:pPr>
        <w:widowControl w:val="0"/>
        <w:spacing w:after="0" w:line="340" w:lineRule="exact"/>
        <w:ind w:leftChars="100" w:left="220" w:rightChars="400" w:right="880"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>標記の業務につきまして、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下記の金額にて提案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>を致します｡</w:t>
      </w:r>
    </w:p>
    <w:p w14:paraId="7C7F2AF9" w14:textId="77777777" w:rsidR="008B0750" w:rsidRPr="00F02364" w:rsidRDefault="008B0750" w:rsidP="001F36A0">
      <w:pPr>
        <w:widowControl w:val="0"/>
        <w:spacing w:after="0" w:line="340" w:lineRule="exact"/>
        <w:ind w:leftChars="100" w:left="220" w:rightChars="400" w:right="880"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提案価格</w:t>
      </w:r>
    </w:p>
    <w:tbl>
      <w:tblPr>
        <w:tblpPr w:leftFromText="142" w:rightFromText="142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8B0750" w:rsidRPr="00F02364" w14:paraId="0B84BA22" w14:textId="77777777" w:rsidTr="00AE3CB1">
        <w:trPr>
          <w:trHeight w:val="842"/>
        </w:trPr>
        <w:tc>
          <w:tcPr>
            <w:tcW w:w="720" w:type="dxa"/>
            <w:shd w:val="clear" w:color="auto" w:fill="auto"/>
          </w:tcPr>
          <w:p w14:paraId="35A096DB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720" w:type="dxa"/>
          </w:tcPr>
          <w:p w14:paraId="6CC827E6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千</w:t>
            </w:r>
          </w:p>
        </w:tc>
        <w:tc>
          <w:tcPr>
            <w:tcW w:w="720" w:type="dxa"/>
            <w:tcBorders>
              <w:right w:val="single" w:sz="12" w:space="0" w:color="auto"/>
            </w:tcBorders>
          </w:tcPr>
          <w:p w14:paraId="55AF8250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百</w:t>
            </w:r>
          </w:p>
        </w:tc>
        <w:tc>
          <w:tcPr>
            <w:tcW w:w="720" w:type="dxa"/>
            <w:tcBorders>
              <w:left w:val="single" w:sz="12" w:space="0" w:color="auto"/>
            </w:tcBorders>
          </w:tcPr>
          <w:p w14:paraId="4927164C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十</w:t>
            </w:r>
          </w:p>
        </w:tc>
        <w:tc>
          <w:tcPr>
            <w:tcW w:w="720" w:type="dxa"/>
          </w:tcPr>
          <w:p w14:paraId="7B8F3646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万</w:t>
            </w:r>
          </w:p>
        </w:tc>
        <w:tc>
          <w:tcPr>
            <w:tcW w:w="720" w:type="dxa"/>
            <w:tcBorders>
              <w:right w:val="single" w:sz="12" w:space="0" w:color="auto"/>
            </w:tcBorders>
          </w:tcPr>
          <w:p w14:paraId="4022255F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千</w:t>
            </w:r>
          </w:p>
        </w:tc>
        <w:tc>
          <w:tcPr>
            <w:tcW w:w="720" w:type="dxa"/>
            <w:tcBorders>
              <w:left w:val="single" w:sz="12" w:space="0" w:color="auto"/>
            </w:tcBorders>
          </w:tcPr>
          <w:p w14:paraId="790096C8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百</w:t>
            </w:r>
          </w:p>
        </w:tc>
        <w:tc>
          <w:tcPr>
            <w:tcW w:w="720" w:type="dxa"/>
          </w:tcPr>
          <w:p w14:paraId="26A57EBA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十</w:t>
            </w:r>
          </w:p>
        </w:tc>
        <w:tc>
          <w:tcPr>
            <w:tcW w:w="720" w:type="dxa"/>
          </w:tcPr>
          <w:p w14:paraId="35FB7A04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円</w:t>
            </w:r>
          </w:p>
        </w:tc>
      </w:tr>
    </w:tbl>
    <w:p w14:paraId="7DE5532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61B5320D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7F4DFFD9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E5D33F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089EBE8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（注１）金額は算用数字で表示し、頭書に\の記号を付記すること。</w:t>
      </w:r>
    </w:p>
    <w:p w14:paraId="4D00255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（注２）金額は消費税相当額を含まないこと。</w:t>
      </w:r>
    </w:p>
    <w:p w14:paraId="19A68FAC" w14:textId="4990882F" w:rsidR="008B0750" w:rsidRPr="00F02364" w:rsidRDefault="008B7639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（注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３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）</w:t>
      </w:r>
      <w:r w:rsidRPr="00F02364">
        <w:rPr>
          <w:rFonts w:asciiTheme="minorEastAsia" w:hAnsiTheme="minorEastAsia"/>
          <w:sz w:val="21"/>
          <w:szCs w:val="21"/>
          <w:lang w:eastAsia="ja-JP"/>
        </w:rPr>
        <w:t>令和</w:t>
      </w:r>
      <w:r w:rsidRPr="00F02364">
        <w:rPr>
          <w:rFonts w:asciiTheme="minorEastAsia" w:hAnsiTheme="minorEastAsia" w:hint="eastAsia"/>
          <w:sz w:val="21"/>
          <w:szCs w:val="21"/>
          <w:lang w:eastAsia="ja-JP"/>
        </w:rPr>
        <w:t>９</w:t>
      </w:r>
      <w:r w:rsidRPr="00F02364">
        <w:rPr>
          <w:rFonts w:asciiTheme="minorEastAsia" w:hAnsiTheme="minorEastAsia"/>
          <w:sz w:val="21"/>
          <w:szCs w:val="21"/>
          <w:lang w:eastAsia="ja-JP"/>
        </w:rPr>
        <w:t>年４月１日～令和</w:t>
      </w:r>
      <w:r w:rsidRPr="00F02364">
        <w:rPr>
          <w:rFonts w:asciiTheme="minorEastAsia" w:hAnsiTheme="minorEastAsia" w:hint="eastAsia"/>
          <w:sz w:val="21"/>
          <w:szCs w:val="21"/>
          <w:lang w:eastAsia="ja-JP"/>
        </w:rPr>
        <w:t>14</w:t>
      </w:r>
      <w:r w:rsidRPr="00F02364">
        <w:rPr>
          <w:rFonts w:asciiTheme="minorEastAsia" w:hAnsiTheme="minorEastAsia"/>
          <w:sz w:val="21"/>
          <w:szCs w:val="21"/>
          <w:lang w:eastAsia="ja-JP"/>
        </w:rPr>
        <w:t xml:space="preserve"> 年３月31 日の５年間分</w:t>
      </w:r>
      <w:r>
        <w:rPr>
          <w:rFonts w:asciiTheme="minorEastAsia" w:hAnsiTheme="minorEastAsia" w:hint="eastAsia"/>
          <w:sz w:val="21"/>
          <w:szCs w:val="21"/>
          <w:lang w:eastAsia="ja-JP"/>
        </w:rPr>
        <w:t>の金額を</w:t>
      </w:r>
      <w:r w:rsidRPr="00F02364">
        <w:rPr>
          <w:rFonts w:asciiTheme="minorEastAsia" w:hAnsiTheme="minorEastAsia"/>
          <w:sz w:val="21"/>
          <w:szCs w:val="21"/>
          <w:lang w:eastAsia="ja-JP"/>
        </w:rPr>
        <w:t>記入すること。</w:t>
      </w:r>
    </w:p>
    <w:p w14:paraId="25E26B0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A302E66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70F6DE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9BB673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733DD0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171B3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1105D97" w14:textId="77777777" w:rsidR="001F36A0" w:rsidRPr="00F02364" w:rsidRDefault="001F36A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84FB958" w14:textId="77777777" w:rsidR="001F36A0" w:rsidRPr="00F02364" w:rsidRDefault="001F36A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E7C183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sectPr w:rsidR="008B0750" w:rsidRPr="00F02364" w:rsidSect="00CC5E04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D5C18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53386"/>
    <w:rsid w:val="0068038E"/>
    <w:rsid w:val="00746169"/>
    <w:rsid w:val="007724E7"/>
    <w:rsid w:val="007E2473"/>
    <w:rsid w:val="007F5E34"/>
    <w:rsid w:val="008507CF"/>
    <w:rsid w:val="00860CF6"/>
    <w:rsid w:val="00887E30"/>
    <w:rsid w:val="008B0750"/>
    <w:rsid w:val="008B7639"/>
    <w:rsid w:val="008E6F0F"/>
    <w:rsid w:val="00931FD0"/>
    <w:rsid w:val="009C1FE1"/>
    <w:rsid w:val="009C7BD5"/>
    <w:rsid w:val="009D789D"/>
    <w:rsid w:val="00A415BD"/>
    <w:rsid w:val="00A54A3B"/>
    <w:rsid w:val="00A84BA4"/>
    <w:rsid w:val="00AA1D8D"/>
    <w:rsid w:val="00AA6BFB"/>
    <w:rsid w:val="00AE193C"/>
    <w:rsid w:val="00B47730"/>
    <w:rsid w:val="00B84B93"/>
    <w:rsid w:val="00C30AC1"/>
    <w:rsid w:val="00C334E6"/>
    <w:rsid w:val="00C63D87"/>
    <w:rsid w:val="00C85F04"/>
    <w:rsid w:val="00CB0664"/>
    <w:rsid w:val="00CC5E04"/>
    <w:rsid w:val="00CD7087"/>
    <w:rsid w:val="00CF53AF"/>
    <w:rsid w:val="00D77204"/>
    <w:rsid w:val="00DC7739"/>
    <w:rsid w:val="00DD3371"/>
    <w:rsid w:val="00E3383C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2026-10-07T07:24:00Z</dcterms:created>
  <dcterms:modified xsi:type="dcterms:W3CDTF">2026-10-07T07:24:00Z</dcterms:modified>
  <cp:category/>
</cp:coreProperties>
</file>