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E93E1" w14:textId="32AB44BF" w:rsidR="008B0750" w:rsidRPr="00F02364" w:rsidRDefault="008B0750" w:rsidP="001F36A0">
      <w:pPr>
        <w:widowControl w:val="0"/>
        <w:spacing w:after="0" w:line="34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bdr w:val="single" w:sz="4" w:space="0" w:color="auto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bdr w:val="single" w:sz="4" w:space="0" w:color="auto"/>
          <w:lang w:eastAsia="ja-JP"/>
        </w:rPr>
        <w:t>様式第</w:t>
      </w:r>
      <w:r w:rsidR="00C97346">
        <w:rPr>
          <w:rFonts w:ascii="ＭＳ 明朝" w:eastAsia="ＭＳ 明朝" w:hAnsi="ＭＳ 明朝" w:cs="Times New Roman" w:hint="eastAsia"/>
          <w:kern w:val="2"/>
          <w:sz w:val="21"/>
          <w:szCs w:val="21"/>
          <w:bdr w:val="single" w:sz="4" w:space="0" w:color="auto"/>
          <w:lang w:eastAsia="ja-JP"/>
        </w:rPr>
        <w:t>８</w:t>
      </w: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bdr w:val="single" w:sz="4" w:space="0" w:color="auto"/>
          <w:lang w:eastAsia="ja-JP"/>
        </w:rPr>
        <w:t>号</w:t>
      </w:r>
    </w:p>
    <w:p w14:paraId="106BFC2D" w14:textId="77777777" w:rsidR="008B0750" w:rsidRPr="00F02364" w:rsidRDefault="008B0750" w:rsidP="001F36A0">
      <w:pPr>
        <w:widowControl w:val="0"/>
        <w:spacing w:after="0" w:line="34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19B6113C" w14:textId="177CDFC5" w:rsidR="008B0750" w:rsidRPr="00F02364" w:rsidRDefault="008B0750" w:rsidP="001F36A0">
      <w:pPr>
        <w:widowControl w:val="0"/>
        <w:spacing w:after="0" w:line="340" w:lineRule="exact"/>
        <w:jc w:val="right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令和</w:t>
      </w:r>
      <w:r w:rsidR="001F36A0"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８</w:t>
      </w: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年　　月　　日</w:t>
      </w:r>
    </w:p>
    <w:p w14:paraId="78BFD7D3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72C7C039" w14:textId="77777777" w:rsidR="008B0750" w:rsidRPr="00F02364" w:rsidRDefault="008B0750" w:rsidP="001F36A0">
      <w:pPr>
        <w:widowControl w:val="0"/>
        <w:spacing w:after="0" w:line="340" w:lineRule="exact"/>
        <w:ind w:firstLineChars="100" w:firstLine="21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 xml:space="preserve">　（あて先）八尾市長</w:t>
      </w:r>
    </w:p>
    <w:p w14:paraId="74262D3C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77A2519A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2921760F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住所又は所在地</w:t>
      </w:r>
    </w:p>
    <w:p w14:paraId="03BAF3B2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3623A9C3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商号又は名称</w:t>
      </w:r>
    </w:p>
    <w:p w14:paraId="11347D3A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25B4D651" w14:textId="77777777" w:rsidR="008B0750" w:rsidRPr="00F02364" w:rsidRDefault="008B0750" w:rsidP="001F36A0">
      <w:pPr>
        <w:widowControl w:val="0"/>
        <w:spacing w:after="0" w:line="340" w:lineRule="exact"/>
        <w:ind w:firstLineChars="2000" w:firstLine="420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代表者職氏名　　　　　　　　　　　　　㊞</w:t>
      </w:r>
    </w:p>
    <w:p w14:paraId="258E9667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6A2CB100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4F8F470F" w14:textId="238D9D0B" w:rsidR="008B0750" w:rsidRPr="00F02364" w:rsidRDefault="008B0750" w:rsidP="001F36A0">
      <w:pPr>
        <w:widowControl w:val="0"/>
        <w:spacing w:after="0" w:line="340" w:lineRule="exact"/>
        <w:jc w:val="center"/>
        <w:rPr>
          <w:rFonts w:ascii="ＭＳ 明朝" w:eastAsia="ＭＳ 明朝" w:hAnsi="ＭＳ 明朝" w:cs="Times New Roman"/>
          <w:b/>
          <w:bCs/>
          <w:kern w:val="2"/>
          <w:sz w:val="24"/>
          <w:szCs w:val="24"/>
          <w:lang w:eastAsia="ja-JP"/>
        </w:rPr>
      </w:pPr>
      <w:r w:rsidRPr="00F02364">
        <w:rPr>
          <w:rFonts w:ascii="ＭＳ 明朝" w:eastAsia="ＭＳ 明朝" w:hAnsi="ＭＳ 明朝" w:cs="Times New Roman" w:hint="eastAsia"/>
          <w:b/>
          <w:bCs/>
          <w:kern w:val="2"/>
          <w:sz w:val="24"/>
          <w:szCs w:val="24"/>
          <w:lang w:eastAsia="ja-JP"/>
        </w:rPr>
        <w:t>見　積</w:t>
      </w:r>
      <w:r w:rsidRPr="00F02364">
        <w:rPr>
          <w:rFonts w:ascii="ＭＳ 明朝" w:eastAsia="ＭＳ 明朝" w:hAnsi="ＭＳ 明朝" w:cs="Times New Roman"/>
          <w:b/>
          <w:bCs/>
          <w:kern w:val="2"/>
          <w:sz w:val="24"/>
          <w:szCs w:val="24"/>
          <w:lang w:eastAsia="ja-JP"/>
        </w:rPr>
        <w:t xml:space="preserve">　書</w:t>
      </w:r>
      <w:r w:rsidR="00A2328A">
        <w:rPr>
          <w:rFonts w:ascii="ＭＳ 明朝" w:eastAsia="ＭＳ 明朝" w:hAnsi="ＭＳ 明朝" w:cs="Times New Roman" w:hint="eastAsia"/>
          <w:b/>
          <w:bCs/>
          <w:kern w:val="2"/>
          <w:sz w:val="24"/>
          <w:szCs w:val="24"/>
          <w:lang w:eastAsia="ja-JP"/>
        </w:rPr>
        <w:t xml:space="preserve">　（ 構 築 ）</w:t>
      </w:r>
    </w:p>
    <w:p w14:paraId="46A5E02B" w14:textId="77777777" w:rsidR="008B0750" w:rsidRPr="00F02364" w:rsidRDefault="008B0750" w:rsidP="001F36A0">
      <w:pPr>
        <w:widowControl w:val="0"/>
        <w:spacing w:after="0" w:line="340" w:lineRule="exact"/>
        <w:jc w:val="center"/>
        <w:rPr>
          <w:rFonts w:ascii="ＭＳ 明朝" w:eastAsia="ＭＳ 明朝" w:hAnsi="ＭＳ 明朝" w:cs="Times New Roman"/>
          <w:b/>
          <w:bCs/>
          <w:kern w:val="2"/>
          <w:sz w:val="24"/>
          <w:szCs w:val="24"/>
          <w:lang w:eastAsia="ja-JP"/>
        </w:rPr>
      </w:pPr>
    </w:p>
    <w:p w14:paraId="6495A3AA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BB4ACFD" w14:textId="3D52A60B" w:rsidR="008B0750" w:rsidRPr="00F02364" w:rsidRDefault="008B0750" w:rsidP="001F36A0">
      <w:pPr>
        <w:widowControl w:val="0"/>
        <w:spacing w:after="0" w:line="340" w:lineRule="exact"/>
        <w:jc w:val="center"/>
        <w:rPr>
          <w:rFonts w:ascii="ＭＳ 明朝" w:eastAsia="ＭＳ 明朝" w:hAnsi="ＭＳ 明朝" w:cs="Times New Roman"/>
          <w:kern w:val="2"/>
          <w:sz w:val="21"/>
          <w:szCs w:val="21"/>
          <w:u w:val="single"/>
          <w:lang w:eastAsia="ja-JP"/>
        </w:rPr>
      </w:pPr>
      <w:r w:rsidRPr="00F02364">
        <w:rPr>
          <w:rFonts w:ascii="ＭＳ 明朝" w:eastAsia="ＭＳ 明朝" w:hAnsi="ＭＳ 明朝" w:cs="Times New Roman"/>
          <w:kern w:val="2"/>
          <w:sz w:val="21"/>
          <w:szCs w:val="21"/>
          <w:u w:val="single"/>
          <w:lang w:eastAsia="ja-JP"/>
        </w:rPr>
        <w:t xml:space="preserve">　業務名</w:t>
      </w: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u w:val="single"/>
          <w:lang w:eastAsia="ja-JP"/>
        </w:rPr>
        <w:t>：</w:t>
      </w:r>
      <w:r w:rsidR="001F36A0" w:rsidRPr="00F02364">
        <w:rPr>
          <w:rFonts w:asciiTheme="minorEastAsia" w:hAnsiTheme="minorEastAsia" w:hint="eastAsia"/>
          <w:sz w:val="21"/>
          <w:szCs w:val="21"/>
          <w:u w:val="single"/>
          <w:lang w:eastAsia="ja-JP"/>
        </w:rPr>
        <w:t>令和８年度八尾市道路台帳管理システム他3システム再構築業務</w:t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u w:val="single"/>
          <w:lang w:eastAsia="ja-JP"/>
        </w:rPr>
        <w:t xml:space="preserve">　</w:t>
      </w:r>
    </w:p>
    <w:p w14:paraId="3D5D45E5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3E4F2FD1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7EEA45A8" w14:textId="77777777" w:rsidR="008B0750" w:rsidRPr="00F02364" w:rsidRDefault="008B0750" w:rsidP="001F36A0">
      <w:pPr>
        <w:widowControl w:val="0"/>
        <w:spacing w:after="0" w:line="340" w:lineRule="exact"/>
        <w:ind w:leftChars="100" w:left="220" w:rightChars="400" w:right="880" w:firstLineChars="100" w:firstLine="21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>標記の業務につきまして、</w:t>
      </w: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下記の金額にて提案</w:t>
      </w:r>
      <w:r w:rsidRPr="00F02364"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  <w:t>を致します｡</w:t>
      </w:r>
    </w:p>
    <w:p w14:paraId="7C7F2AF9" w14:textId="77777777" w:rsidR="008B0750" w:rsidRPr="00F02364" w:rsidRDefault="008B0750" w:rsidP="001F36A0">
      <w:pPr>
        <w:widowControl w:val="0"/>
        <w:spacing w:after="0" w:line="340" w:lineRule="exact"/>
        <w:ind w:leftChars="100" w:left="220" w:rightChars="400" w:right="880" w:firstLineChars="100" w:firstLine="210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提案価格</w:t>
      </w:r>
    </w:p>
    <w:tbl>
      <w:tblPr>
        <w:tblpPr w:leftFromText="142" w:rightFromText="142" w:vertAnchor="text" w:horzAnchor="margin" w:tblpXSpec="center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8B0750" w:rsidRPr="00F02364" w14:paraId="0B84BA22" w14:textId="77777777" w:rsidTr="00AE3CB1">
        <w:trPr>
          <w:trHeight w:val="842"/>
        </w:trPr>
        <w:tc>
          <w:tcPr>
            <w:tcW w:w="720" w:type="dxa"/>
            <w:shd w:val="clear" w:color="auto" w:fill="auto"/>
          </w:tcPr>
          <w:p w14:paraId="35A096DB" w14:textId="77777777" w:rsidR="008B0750" w:rsidRPr="00F02364" w:rsidRDefault="008B0750" w:rsidP="001F36A0">
            <w:pPr>
              <w:widowControl w:val="0"/>
              <w:spacing w:after="0" w:line="340" w:lineRule="exact"/>
              <w:jc w:val="right"/>
              <w:rPr>
                <w:rFonts w:ascii="ＭＳ 明朝" w:eastAsia="ＭＳ 明朝" w:hAnsi="ＭＳ 明朝" w:cs="Courier New"/>
                <w:kern w:val="2"/>
                <w:sz w:val="21"/>
                <w:szCs w:val="21"/>
                <w:lang w:eastAsia="ja-JP"/>
              </w:rPr>
            </w:pPr>
          </w:p>
        </w:tc>
        <w:tc>
          <w:tcPr>
            <w:tcW w:w="720" w:type="dxa"/>
          </w:tcPr>
          <w:p w14:paraId="6CC827E6" w14:textId="77777777" w:rsidR="008B0750" w:rsidRPr="00F02364" w:rsidRDefault="008B0750" w:rsidP="001F36A0">
            <w:pPr>
              <w:widowControl w:val="0"/>
              <w:spacing w:after="0" w:line="340" w:lineRule="exact"/>
              <w:jc w:val="right"/>
              <w:rPr>
                <w:rFonts w:ascii="ＭＳ 明朝" w:eastAsia="ＭＳ 明朝" w:hAnsi="ＭＳ 明朝" w:cs="Courier New"/>
                <w:kern w:val="2"/>
                <w:sz w:val="12"/>
                <w:szCs w:val="12"/>
                <w:lang w:eastAsia="ja-JP"/>
              </w:rPr>
            </w:pPr>
            <w:r w:rsidRPr="00F02364">
              <w:rPr>
                <w:rFonts w:ascii="ＭＳ 明朝" w:eastAsia="ＭＳ 明朝" w:hAnsi="ＭＳ 明朝" w:cs="Courier New" w:hint="eastAsia"/>
                <w:kern w:val="2"/>
                <w:sz w:val="12"/>
                <w:szCs w:val="12"/>
                <w:lang w:eastAsia="ja-JP"/>
              </w:rPr>
              <w:t>千</w:t>
            </w:r>
          </w:p>
        </w:tc>
        <w:tc>
          <w:tcPr>
            <w:tcW w:w="720" w:type="dxa"/>
            <w:tcBorders>
              <w:right w:val="single" w:sz="12" w:space="0" w:color="auto"/>
            </w:tcBorders>
          </w:tcPr>
          <w:p w14:paraId="55AF8250" w14:textId="77777777" w:rsidR="008B0750" w:rsidRPr="00F02364" w:rsidRDefault="008B0750" w:rsidP="001F36A0">
            <w:pPr>
              <w:widowControl w:val="0"/>
              <w:spacing w:after="0" w:line="340" w:lineRule="exact"/>
              <w:jc w:val="right"/>
              <w:rPr>
                <w:rFonts w:ascii="ＭＳ 明朝" w:eastAsia="ＭＳ 明朝" w:hAnsi="ＭＳ 明朝" w:cs="Courier New"/>
                <w:kern w:val="2"/>
                <w:sz w:val="12"/>
                <w:szCs w:val="12"/>
                <w:lang w:eastAsia="ja-JP"/>
              </w:rPr>
            </w:pPr>
            <w:r w:rsidRPr="00F02364">
              <w:rPr>
                <w:rFonts w:ascii="ＭＳ 明朝" w:eastAsia="ＭＳ 明朝" w:hAnsi="ＭＳ 明朝" w:cs="Courier New" w:hint="eastAsia"/>
                <w:kern w:val="2"/>
                <w:sz w:val="12"/>
                <w:szCs w:val="12"/>
                <w:lang w:eastAsia="ja-JP"/>
              </w:rPr>
              <w:t>百</w:t>
            </w:r>
          </w:p>
        </w:tc>
        <w:tc>
          <w:tcPr>
            <w:tcW w:w="720" w:type="dxa"/>
            <w:tcBorders>
              <w:left w:val="single" w:sz="12" w:space="0" w:color="auto"/>
            </w:tcBorders>
          </w:tcPr>
          <w:p w14:paraId="4927164C" w14:textId="77777777" w:rsidR="008B0750" w:rsidRPr="00F02364" w:rsidRDefault="008B0750" w:rsidP="001F36A0">
            <w:pPr>
              <w:widowControl w:val="0"/>
              <w:spacing w:after="0" w:line="340" w:lineRule="exact"/>
              <w:jc w:val="right"/>
              <w:rPr>
                <w:rFonts w:ascii="ＭＳ 明朝" w:eastAsia="ＭＳ 明朝" w:hAnsi="ＭＳ 明朝" w:cs="Courier New"/>
                <w:kern w:val="2"/>
                <w:sz w:val="12"/>
                <w:szCs w:val="12"/>
                <w:lang w:eastAsia="ja-JP"/>
              </w:rPr>
            </w:pPr>
            <w:r w:rsidRPr="00F02364">
              <w:rPr>
                <w:rFonts w:ascii="ＭＳ 明朝" w:eastAsia="ＭＳ 明朝" w:hAnsi="ＭＳ 明朝" w:cs="Courier New" w:hint="eastAsia"/>
                <w:kern w:val="2"/>
                <w:sz w:val="12"/>
                <w:szCs w:val="12"/>
                <w:lang w:eastAsia="ja-JP"/>
              </w:rPr>
              <w:t>十</w:t>
            </w:r>
          </w:p>
        </w:tc>
        <w:tc>
          <w:tcPr>
            <w:tcW w:w="720" w:type="dxa"/>
          </w:tcPr>
          <w:p w14:paraId="7B8F3646" w14:textId="77777777" w:rsidR="008B0750" w:rsidRPr="00F02364" w:rsidRDefault="008B0750" w:rsidP="001F36A0">
            <w:pPr>
              <w:widowControl w:val="0"/>
              <w:spacing w:after="0" w:line="340" w:lineRule="exact"/>
              <w:jc w:val="right"/>
              <w:rPr>
                <w:rFonts w:ascii="ＭＳ 明朝" w:eastAsia="ＭＳ 明朝" w:hAnsi="ＭＳ 明朝" w:cs="Courier New"/>
                <w:kern w:val="2"/>
                <w:sz w:val="12"/>
                <w:szCs w:val="12"/>
                <w:lang w:eastAsia="ja-JP"/>
              </w:rPr>
            </w:pPr>
            <w:r w:rsidRPr="00F02364">
              <w:rPr>
                <w:rFonts w:ascii="ＭＳ 明朝" w:eastAsia="ＭＳ 明朝" w:hAnsi="ＭＳ 明朝" w:cs="Courier New" w:hint="eastAsia"/>
                <w:kern w:val="2"/>
                <w:sz w:val="12"/>
                <w:szCs w:val="12"/>
                <w:lang w:eastAsia="ja-JP"/>
              </w:rPr>
              <w:t>万</w:t>
            </w:r>
          </w:p>
        </w:tc>
        <w:tc>
          <w:tcPr>
            <w:tcW w:w="720" w:type="dxa"/>
            <w:tcBorders>
              <w:right w:val="single" w:sz="12" w:space="0" w:color="auto"/>
            </w:tcBorders>
          </w:tcPr>
          <w:p w14:paraId="4022255F" w14:textId="77777777" w:rsidR="008B0750" w:rsidRPr="00F02364" w:rsidRDefault="008B0750" w:rsidP="001F36A0">
            <w:pPr>
              <w:widowControl w:val="0"/>
              <w:spacing w:after="0" w:line="340" w:lineRule="exact"/>
              <w:jc w:val="right"/>
              <w:rPr>
                <w:rFonts w:ascii="ＭＳ 明朝" w:eastAsia="ＭＳ 明朝" w:hAnsi="ＭＳ 明朝" w:cs="Courier New"/>
                <w:kern w:val="2"/>
                <w:sz w:val="12"/>
                <w:szCs w:val="12"/>
                <w:lang w:eastAsia="ja-JP"/>
              </w:rPr>
            </w:pPr>
            <w:r w:rsidRPr="00F02364">
              <w:rPr>
                <w:rFonts w:ascii="ＭＳ 明朝" w:eastAsia="ＭＳ 明朝" w:hAnsi="ＭＳ 明朝" w:cs="Courier New" w:hint="eastAsia"/>
                <w:kern w:val="2"/>
                <w:sz w:val="12"/>
                <w:szCs w:val="12"/>
                <w:lang w:eastAsia="ja-JP"/>
              </w:rPr>
              <w:t>千</w:t>
            </w:r>
          </w:p>
        </w:tc>
        <w:tc>
          <w:tcPr>
            <w:tcW w:w="720" w:type="dxa"/>
            <w:tcBorders>
              <w:left w:val="single" w:sz="12" w:space="0" w:color="auto"/>
            </w:tcBorders>
          </w:tcPr>
          <w:p w14:paraId="790096C8" w14:textId="77777777" w:rsidR="008B0750" w:rsidRPr="00F02364" w:rsidRDefault="008B0750" w:rsidP="001F36A0">
            <w:pPr>
              <w:widowControl w:val="0"/>
              <w:spacing w:after="0" w:line="340" w:lineRule="exact"/>
              <w:jc w:val="right"/>
              <w:rPr>
                <w:rFonts w:ascii="ＭＳ 明朝" w:eastAsia="ＭＳ 明朝" w:hAnsi="ＭＳ 明朝" w:cs="Courier New"/>
                <w:kern w:val="2"/>
                <w:sz w:val="12"/>
                <w:szCs w:val="12"/>
                <w:lang w:eastAsia="ja-JP"/>
              </w:rPr>
            </w:pPr>
            <w:r w:rsidRPr="00F02364">
              <w:rPr>
                <w:rFonts w:ascii="ＭＳ 明朝" w:eastAsia="ＭＳ 明朝" w:hAnsi="ＭＳ 明朝" w:cs="Courier New" w:hint="eastAsia"/>
                <w:kern w:val="2"/>
                <w:sz w:val="12"/>
                <w:szCs w:val="12"/>
                <w:lang w:eastAsia="ja-JP"/>
              </w:rPr>
              <w:t>百</w:t>
            </w:r>
          </w:p>
        </w:tc>
        <w:tc>
          <w:tcPr>
            <w:tcW w:w="720" w:type="dxa"/>
          </w:tcPr>
          <w:p w14:paraId="26A57EBA" w14:textId="77777777" w:rsidR="008B0750" w:rsidRPr="00F02364" w:rsidRDefault="008B0750" w:rsidP="001F36A0">
            <w:pPr>
              <w:widowControl w:val="0"/>
              <w:spacing w:after="0" w:line="340" w:lineRule="exact"/>
              <w:jc w:val="right"/>
              <w:rPr>
                <w:rFonts w:ascii="ＭＳ 明朝" w:eastAsia="ＭＳ 明朝" w:hAnsi="ＭＳ 明朝" w:cs="Courier New"/>
                <w:kern w:val="2"/>
                <w:sz w:val="12"/>
                <w:szCs w:val="12"/>
                <w:lang w:eastAsia="ja-JP"/>
              </w:rPr>
            </w:pPr>
            <w:r w:rsidRPr="00F02364">
              <w:rPr>
                <w:rFonts w:ascii="ＭＳ 明朝" w:eastAsia="ＭＳ 明朝" w:hAnsi="ＭＳ 明朝" w:cs="Courier New" w:hint="eastAsia"/>
                <w:kern w:val="2"/>
                <w:sz w:val="12"/>
                <w:szCs w:val="12"/>
                <w:lang w:eastAsia="ja-JP"/>
              </w:rPr>
              <w:t>十</w:t>
            </w:r>
          </w:p>
        </w:tc>
        <w:tc>
          <w:tcPr>
            <w:tcW w:w="720" w:type="dxa"/>
          </w:tcPr>
          <w:p w14:paraId="35FB7A04" w14:textId="77777777" w:rsidR="008B0750" w:rsidRPr="00F02364" w:rsidRDefault="008B0750" w:rsidP="001F36A0">
            <w:pPr>
              <w:widowControl w:val="0"/>
              <w:spacing w:after="0" w:line="340" w:lineRule="exact"/>
              <w:jc w:val="right"/>
              <w:rPr>
                <w:rFonts w:ascii="ＭＳ 明朝" w:eastAsia="ＭＳ 明朝" w:hAnsi="ＭＳ 明朝" w:cs="Courier New"/>
                <w:kern w:val="2"/>
                <w:sz w:val="12"/>
                <w:szCs w:val="12"/>
                <w:lang w:eastAsia="ja-JP"/>
              </w:rPr>
            </w:pPr>
            <w:r w:rsidRPr="00F02364">
              <w:rPr>
                <w:rFonts w:ascii="ＭＳ 明朝" w:eastAsia="ＭＳ 明朝" w:hAnsi="ＭＳ 明朝" w:cs="Courier New" w:hint="eastAsia"/>
                <w:kern w:val="2"/>
                <w:sz w:val="12"/>
                <w:szCs w:val="12"/>
                <w:lang w:eastAsia="ja-JP"/>
              </w:rPr>
              <w:t>円</w:t>
            </w:r>
          </w:p>
        </w:tc>
      </w:tr>
    </w:tbl>
    <w:p w14:paraId="7DE5532F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val="x-none" w:eastAsia="ja-JP"/>
        </w:rPr>
      </w:pPr>
    </w:p>
    <w:p w14:paraId="61B5320D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val="x-none" w:eastAsia="ja-JP"/>
        </w:rPr>
      </w:pPr>
    </w:p>
    <w:p w14:paraId="7F4DFFD9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6E5D33F2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val="x-none" w:eastAsia="ja-JP"/>
        </w:rPr>
      </w:pPr>
    </w:p>
    <w:p w14:paraId="089EBE88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（注１）金額は算用数字で表示し、頭書に\の記号を付記すること。</w:t>
      </w:r>
    </w:p>
    <w:p w14:paraId="4D00255F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  <w:r w:rsidRPr="00F02364">
        <w:rPr>
          <w:rFonts w:ascii="ＭＳ 明朝" w:eastAsia="ＭＳ 明朝" w:hAnsi="ＭＳ 明朝" w:cs="Times New Roman" w:hint="eastAsia"/>
          <w:kern w:val="2"/>
          <w:sz w:val="21"/>
          <w:szCs w:val="21"/>
          <w:lang w:eastAsia="ja-JP"/>
        </w:rPr>
        <w:t>（注２）金額は消費税相当額を含まないこと。</w:t>
      </w:r>
    </w:p>
    <w:p w14:paraId="19A68FAC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25E26B04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7A302E66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2570F6DE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79BB6734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25733DD0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51171B38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41105D97" w14:textId="77777777" w:rsidR="001F36A0" w:rsidRPr="00F02364" w:rsidRDefault="001F36A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484FB958" w14:textId="77777777" w:rsidR="001F36A0" w:rsidRPr="00F02364" w:rsidRDefault="001F36A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p w14:paraId="7E7C1832" w14:textId="77777777" w:rsidR="008B0750" w:rsidRPr="00F02364" w:rsidRDefault="008B0750" w:rsidP="001F36A0">
      <w:pPr>
        <w:widowControl w:val="0"/>
        <w:spacing w:after="0" w:line="340" w:lineRule="exact"/>
        <w:jc w:val="both"/>
        <w:rPr>
          <w:rFonts w:ascii="ＭＳ 明朝" w:eastAsia="ＭＳ 明朝" w:hAnsi="ＭＳ 明朝" w:cs="Times New Roman"/>
          <w:kern w:val="2"/>
          <w:sz w:val="21"/>
          <w:szCs w:val="21"/>
          <w:lang w:eastAsia="ja-JP"/>
        </w:rPr>
      </w:pPr>
    </w:p>
    <w:sectPr w:rsidR="008B0750" w:rsidRPr="00F02364" w:rsidSect="006744E7">
      <w:pgSz w:w="11906" w:h="16838" w:code="9"/>
      <w:pgMar w:top="1440" w:right="1701" w:bottom="1440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E22714" w14:textId="77777777" w:rsidR="00AE193C" w:rsidRDefault="00AE193C" w:rsidP="00AE193C">
      <w:pPr>
        <w:spacing w:after="0" w:line="240" w:lineRule="auto"/>
      </w:pPr>
      <w:r>
        <w:separator/>
      </w:r>
    </w:p>
  </w:endnote>
  <w:endnote w:type="continuationSeparator" w:id="0">
    <w:p w14:paraId="1D38CE11" w14:textId="77777777" w:rsidR="00AE193C" w:rsidRDefault="00AE193C" w:rsidP="00AE19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8149E" w14:textId="77777777" w:rsidR="00AE193C" w:rsidRDefault="00AE193C" w:rsidP="00AE193C">
      <w:pPr>
        <w:spacing w:after="0" w:line="240" w:lineRule="auto"/>
      </w:pPr>
      <w:r>
        <w:separator/>
      </w:r>
    </w:p>
  </w:footnote>
  <w:footnote w:type="continuationSeparator" w:id="0">
    <w:p w14:paraId="5D6CE7F0" w14:textId="77777777" w:rsidR="00AE193C" w:rsidRDefault="00AE193C" w:rsidP="00AE19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1B1348"/>
    <w:multiLevelType w:val="hybridMultilevel"/>
    <w:tmpl w:val="585EA240"/>
    <w:lvl w:ilvl="0" w:tplc="DEE8F504">
      <w:start w:val="1"/>
      <w:numFmt w:val="decimal"/>
      <w:lvlText w:val="（%1）"/>
      <w:lvlJc w:val="left"/>
      <w:pPr>
        <w:ind w:left="71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78" w:hanging="440"/>
      </w:pPr>
    </w:lvl>
    <w:lvl w:ilvl="2" w:tplc="04090011" w:tentative="1">
      <w:start w:val="1"/>
      <w:numFmt w:val="decimalEnclosedCircle"/>
      <w:lvlText w:val="%3"/>
      <w:lvlJc w:val="left"/>
      <w:pPr>
        <w:ind w:left="1318" w:hanging="440"/>
      </w:pPr>
    </w:lvl>
    <w:lvl w:ilvl="3" w:tplc="0409000F" w:tentative="1">
      <w:start w:val="1"/>
      <w:numFmt w:val="decimal"/>
      <w:lvlText w:val="%4."/>
      <w:lvlJc w:val="left"/>
      <w:pPr>
        <w:ind w:left="1758" w:hanging="440"/>
      </w:pPr>
    </w:lvl>
    <w:lvl w:ilvl="4" w:tplc="04090017" w:tentative="1">
      <w:start w:val="1"/>
      <w:numFmt w:val="aiueoFullWidth"/>
      <w:lvlText w:val="(%5)"/>
      <w:lvlJc w:val="left"/>
      <w:pPr>
        <w:ind w:left="2198" w:hanging="440"/>
      </w:pPr>
    </w:lvl>
    <w:lvl w:ilvl="5" w:tplc="04090011" w:tentative="1">
      <w:start w:val="1"/>
      <w:numFmt w:val="decimalEnclosedCircle"/>
      <w:lvlText w:val="%6"/>
      <w:lvlJc w:val="left"/>
      <w:pPr>
        <w:ind w:left="2638" w:hanging="440"/>
      </w:pPr>
    </w:lvl>
    <w:lvl w:ilvl="6" w:tplc="0409000F" w:tentative="1">
      <w:start w:val="1"/>
      <w:numFmt w:val="decimal"/>
      <w:lvlText w:val="%7."/>
      <w:lvlJc w:val="left"/>
      <w:pPr>
        <w:ind w:left="3078" w:hanging="440"/>
      </w:pPr>
    </w:lvl>
    <w:lvl w:ilvl="7" w:tplc="04090017" w:tentative="1">
      <w:start w:val="1"/>
      <w:numFmt w:val="aiueoFullWidth"/>
      <w:lvlText w:val="(%8)"/>
      <w:lvlJc w:val="left"/>
      <w:pPr>
        <w:ind w:left="3518" w:hanging="440"/>
      </w:pPr>
    </w:lvl>
    <w:lvl w:ilvl="8" w:tplc="04090011" w:tentative="1">
      <w:start w:val="1"/>
      <w:numFmt w:val="decimalEnclosedCircle"/>
      <w:lvlText w:val="%9"/>
      <w:lvlJc w:val="left"/>
      <w:pPr>
        <w:ind w:left="3958" w:hanging="440"/>
      </w:pPr>
    </w:lvl>
  </w:abstractNum>
  <w:abstractNum w:abstractNumId="10" w15:restartNumberingAfterBreak="0">
    <w:nsid w:val="13B41472"/>
    <w:multiLevelType w:val="hybridMultilevel"/>
    <w:tmpl w:val="2E606D2C"/>
    <w:lvl w:ilvl="0" w:tplc="7DD272E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16E27F46"/>
    <w:multiLevelType w:val="hybridMultilevel"/>
    <w:tmpl w:val="0332F428"/>
    <w:lvl w:ilvl="0" w:tplc="4F14025E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2" w15:restartNumberingAfterBreak="0">
    <w:nsid w:val="1BB772AA"/>
    <w:multiLevelType w:val="hybridMultilevel"/>
    <w:tmpl w:val="A6F0EC30"/>
    <w:lvl w:ilvl="0" w:tplc="B0B0D9DE">
      <w:start w:val="1"/>
      <w:numFmt w:val="decimal"/>
      <w:lvlText w:val="（%1）"/>
      <w:lvlJc w:val="left"/>
      <w:pPr>
        <w:ind w:left="720" w:hanging="72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20D36521"/>
    <w:multiLevelType w:val="hybridMultilevel"/>
    <w:tmpl w:val="4C9EDD68"/>
    <w:lvl w:ilvl="0" w:tplc="AB4C26EA">
      <w:start w:val="1"/>
      <w:numFmt w:val="decimal"/>
      <w:lvlText w:val="（%1）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2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2" w:hanging="440"/>
      </w:pPr>
    </w:lvl>
    <w:lvl w:ilvl="3" w:tplc="0409000F" w:tentative="1">
      <w:start w:val="1"/>
      <w:numFmt w:val="decimal"/>
      <w:lvlText w:val="%4."/>
      <w:lvlJc w:val="left"/>
      <w:pPr>
        <w:ind w:left="1762" w:hanging="440"/>
      </w:pPr>
    </w:lvl>
    <w:lvl w:ilvl="4" w:tplc="04090017" w:tentative="1">
      <w:start w:val="1"/>
      <w:numFmt w:val="aiueoFullWidth"/>
      <w:lvlText w:val="(%5)"/>
      <w:lvlJc w:val="left"/>
      <w:pPr>
        <w:ind w:left="2202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2" w:hanging="440"/>
      </w:pPr>
    </w:lvl>
    <w:lvl w:ilvl="6" w:tplc="0409000F" w:tentative="1">
      <w:start w:val="1"/>
      <w:numFmt w:val="decimal"/>
      <w:lvlText w:val="%7."/>
      <w:lvlJc w:val="left"/>
      <w:pPr>
        <w:ind w:left="3082" w:hanging="440"/>
      </w:pPr>
    </w:lvl>
    <w:lvl w:ilvl="7" w:tplc="04090017" w:tentative="1">
      <w:start w:val="1"/>
      <w:numFmt w:val="aiueoFullWidth"/>
      <w:lvlText w:val="(%8)"/>
      <w:lvlJc w:val="left"/>
      <w:pPr>
        <w:ind w:left="3522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2" w:hanging="440"/>
      </w:pPr>
    </w:lvl>
  </w:abstractNum>
  <w:abstractNum w:abstractNumId="14" w15:restartNumberingAfterBreak="0">
    <w:nsid w:val="21317DAE"/>
    <w:multiLevelType w:val="hybridMultilevel"/>
    <w:tmpl w:val="E42CEC02"/>
    <w:lvl w:ilvl="0" w:tplc="40043502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5" w15:restartNumberingAfterBreak="0">
    <w:nsid w:val="3273272C"/>
    <w:multiLevelType w:val="hybridMultilevel"/>
    <w:tmpl w:val="FFBECBC2"/>
    <w:lvl w:ilvl="0" w:tplc="E74CDD1C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6" w15:restartNumberingAfterBreak="0">
    <w:nsid w:val="34CD51F3"/>
    <w:multiLevelType w:val="hybridMultilevel"/>
    <w:tmpl w:val="5D32C4C4"/>
    <w:lvl w:ilvl="0" w:tplc="D9180E20">
      <w:start w:val="1"/>
      <w:numFmt w:val="decimal"/>
      <w:lvlText w:val="（%1）"/>
      <w:lvlJc w:val="left"/>
      <w:pPr>
        <w:ind w:left="128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7" w15:restartNumberingAfterBreak="0">
    <w:nsid w:val="38E73900"/>
    <w:multiLevelType w:val="hybridMultilevel"/>
    <w:tmpl w:val="0FE40810"/>
    <w:lvl w:ilvl="0" w:tplc="F6D85AA0">
      <w:start w:val="1"/>
      <w:numFmt w:val="decimalFullWidth"/>
      <w:lvlText w:val="%1．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AE63BA6"/>
    <w:multiLevelType w:val="hybridMultilevel"/>
    <w:tmpl w:val="47F28FA4"/>
    <w:lvl w:ilvl="0" w:tplc="EF5070EA">
      <w:start w:val="1"/>
      <w:numFmt w:val="decimalFullWidth"/>
      <w:lvlText w:val="%1．"/>
      <w:lvlJc w:val="left"/>
      <w:pPr>
        <w:ind w:left="36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36A5587"/>
    <w:multiLevelType w:val="hybridMultilevel"/>
    <w:tmpl w:val="DE5C0802"/>
    <w:lvl w:ilvl="0" w:tplc="836E724A">
      <w:start w:val="1"/>
      <w:numFmt w:val="decimalFullWidth"/>
      <w:lvlText w:val="%1."/>
      <w:lvlJc w:val="left"/>
      <w:pPr>
        <w:ind w:left="510" w:hanging="51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5E180044"/>
    <w:multiLevelType w:val="hybridMultilevel"/>
    <w:tmpl w:val="C848EBB6"/>
    <w:lvl w:ilvl="0" w:tplc="5F4EB1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78762FD"/>
    <w:multiLevelType w:val="hybridMultilevel"/>
    <w:tmpl w:val="AD28493E"/>
    <w:lvl w:ilvl="0" w:tplc="0A6AE40A">
      <w:start w:val="1"/>
      <w:numFmt w:val="decimal"/>
      <w:lvlText w:val="（%1）"/>
      <w:lvlJc w:val="left"/>
      <w:pPr>
        <w:ind w:left="1305" w:hanging="720"/>
      </w:pPr>
      <w:rPr>
        <w:rFonts w:hint="default"/>
      </w:rPr>
    </w:lvl>
    <w:lvl w:ilvl="1" w:tplc="357AF1D0">
      <w:start w:val="1"/>
      <w:numFmt w:val="decimalFullWidth"/>
      <w:lvlText w:val="%2．"/>
      <w:lvlJc w:val="left"/>
      <w:pPr>
        <w:ind w:left="1385" w:hanging="360"/>
      </w:pPr>
      <w:rPr>
        <w:rFonts w:asciiTheme="minorHAnsi" w:eastAsiaTheme="minorEastAsia" w:hAnsiTheme="minorHAnsi" w:hint="default"/>
      </w:rPr>
    </w:lvl>
    <w:lvl w:ilvl="2" w:tplc="04090011">
      <w:start w:val="1"/>
      <w:numFmt w:val="decimalEnclosedCircle"/>
      <w:lvlText w:val="%3"/>
      <w:lvlJc w:val="left"/>
      <w:pPr>
        <w:ind w:left="1905" w:hanging="440"/>
      </w:pPr>
    </w:lvl>
    <w:lvl w:ilvl="3" w:tplc="0409000F">
      <w:start w:val="1"/>
      <w:numFmt w:val="decimal"/>
      <w:lvlText w:val="%4."/>
      <w:lvlJc w:val="left"/>
      <w:pPr>
        <w:ind w:left="2345" w:hanging="440"/>
      </w:pPr>
    </w:lvl>
    <w:lvl w:ilvl="4" w:tplc="04090017" w:tentative="1">
      <w:start w:val="1"/>
      <w:numFmt w:val="aiueoFullWidth"/>
      <w:lvlText w:val="(%5)"/>
      <w:lvlJc w:val="left"/>
      <w:pPr>
        <w:ind w:left="2785" w:hanging="440"/>
      </w:pPr>
    </w:lvl>
    <w:lvl w:ilvl="5" w:tplc="04090011" w:tentative="1">
      <w:start w:val="1"/>
      <w:numFmt w:val="decimalEnclosedCircle"/>
      <w:lvlText w:val="%6"/>
      <w:lvlJc w:val="left"/>
      <w:pPr>
        <w:ind w:left="3225" w:hanging="440"/>
      </w:pPr>
    </w:lvl>
    <w:lvl w:ilvl="6" w:tplc="0409000F" w:tentative="1">
      <w:start w:val="1"/>
      <w:numFmt w:val="decimal"/>
      <w:lvlText w:val="%7."/>
      <w:lvlJc w:val="left"/>
      <w:pPr>
        <w:ind w:left="3665" w:hanging="440"/>
      </w:pPr>
    </w:lvl>
    <w:lvl w:ilvl="7" w:tplc="04090017" w:tentative="1">
      <w:start w:val="1"/>
      <w:numFmt w:val="aiueoFullWidth"/>
      <w:lvlText w:val="(%8)"/>
      <w:lvlJc w:val="left"/>
      <w:pPr>
        <w:ind w:left="4105" w:hanging="440"/>
      </w:pPr>
    </w:lvl>
    <w:lvl w:ilvl="8" w:tplc="04090011" w:tentative="1">
      <w:start w:val="1"/>
      <w:numFmt w:val="decimalEnclosedCircle"/>
      <w:lvlText w:val="%9"/>
      <w:lvlJc w:val="left"/>
      <w:pPr>
        <w:ind w:left="4545" w:hanging="440"/>
      </w:pPr>
    </w:lvl>
  </w:abstractNum>
  <w:abstractNum w:abstractNumId="22" w15:restartNumberingAfterBreak="0">
    <w:nsid w:val="695247F2"/>
    <w:multiLevelType w:val="hybridMultilevel"/>
    <w:tmpl w:val="91282F30"/>
    <w:lvl w:ilvl="0" w:tplc="1D0E016A">
      <w:start w:val="10"/>
      <w:numFmt w:val="decimal"/>
      <w:lvlText w:val="%1."/>
      <w:lvlJc w:val="left"/>
      <w:pPr>
        <w:ind w:left="360" w:hanging="360"/>
      </w:pPr>
      <w:rPr>
        <w:rFonts w:asciiTheme="minorEastAsia" w:eastAsia="ＭＳ 明朝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765A3E69"/>
    <w:multiLevelType w:val="hybridMultilevel"/>
    <w:tmpl w:val="B92088C0"/>
    <w:lvl w:ilvl="0" w:tplc="0FB8705A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77443BD4"/>
    <w:multiLevelType w:val="hybridMultilevel"/>
    <w:tmpl w:val="E00E3984"/>
    <w:lvl w:ilvl="0" w:tplc="01067A2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9"/>
  </w:num>
  <w:num w:numId="11">
    <w:abstractNumId w:val="18"/>
  </w:num>
  <w:num w:numId="12">
    <w:abstractNumId w:val="12"/>
  </w:num>
  <w:num w:numId="13">
    <w:abstractNumId w:val="21"/>
  </w:num>
  <w:num w:numId="14">
    <w:abstractNumId w:val="11"/>
  </w:num>
  <w:num w:numId="15">
    <w:abstractNumId w:val="22"/>
  </w:num>
  <w:num w:numId="16">
    <w:abstractNumId w:val="20"/>
  </w:num>
  <w:num w:numId="17">
    <w:abstractNumId w:val="10"/>
  </w:num>
  <w:num w:numId="18">
    <w:abstractNumId w:val="15"/>
  </w:num>
  <w:num w:numId="19">
    <w:abstractNumId w:val="16"/>
  </w:num>
  <w:num w:numId="20">
    <w:abstractNumId w:val="23"/>
  </w:num>
  <w:num w:numId="21">
    <w:abstractNumId w:val="9"/>
  </w:num>
  <w:num w:numId="22">
    <w:abstractNumId w:val="13"/>
  </w:num>
  <w:num w:numId="23">
    <w:abstractNumId w:val="14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014"/>
    <w:rsid w:val="0006063C"/>
    <w:rsid w:val="00062148"/>
    <w:rsid w:val="000F2520"/>
    <w:rsid w:val="001024F8"/>
    <w:rsid w:val="001443EA"/>
    <w:rsid w:val="00147271"/>
    <w:rsid w:val="0015074B"/>
    <w:rsid w:val="00160DA5"/>
    <w:rsid w:val="001F36A0"/>
    <w:rsid w:val="00207505"/>
    <w:rsid w:val="00242F0A"/>
    <w:rsid w:val="00262C1D"/>
    <w:rsid w:val="0029639D"/>
    <w:rsid w:val="002A6A5B"/>
    <w:rsid w:val="002B4005"/>
    <w:rsid w:val="002D5C18"/>
    <w:rsid w:val="00326F90"/>
    <w:rsid w:val="00331F10"/>
    <w:rsid w:val="00343296"/>
    <w:rsid w:val="00361B19"/>
    <w:rsid w:val="00364935"/>
    <w:rsid w:val="00374D52"/>
    <w:rsid w:val="003938CB"/>
    <w:rsid w:val="003C493D"/>
    <w:rsid w:val="003D3019"/>
    <w:rsid w:val="003E0135"/>
    <w:rsid w:val="003F6BD9"/>
    <w:rsid w:val="005016F3"/>
    <w:rsid w:val="00565F78"/>
    <w:rsid w:val="005804EF"/>
    <w:rsid w:val="005B3169"/>
    <w:rsid w:val="005C4383"/>
    <w:rsid w:val="00612DC4"/>
    <w:rsid w:val="00653386"/>
    <w:rsid w:val="006744E7"/>
    <w:rsid w:val="0068038E"/>
    <w:rsid w:val="007724E7"/>
    <w:rsid w:val="007E2473"/>
    <w:rsid w:val="007F5E34"/>
    <w:rsid w:val="008507CF"/>
    <w:rsid w:val="00860CF6"/>
    <w:rsid w:val="00887E30"/>
    <w:rsid w:val="008B0750"/>
    <w:rsid w:val="00931FD0"/>
    <w:rsid w:val="009C1FE1"/>
    <w:rsid w:val="009C7BD5"/>
    <w:rsid w:val="009D789D"/>
    <w:rsid w:val="00A2328A"/>
    <w:rsid w:val="00A415BD"/>
    <w:rsid w:val="00A54A3B"/>
    <w:rsid w:val="00A84BA4"/>
    <w:rsid w:val="00AA1D8D"/>
    <w:rsid w:val="00AA6BFB"/>
    <w:rsid w:val="00AE193C"/>
    <w:rsid w:val="00B47730"/>
    <w:rsid w:val="00B84B93"/>
    <w:rsid w:val="00C30AC1"/>
    <w:rsid w:val="00C334E6"/>
    <w:rsid w:val="00C63D87"/>
    <w:rsid w:val="00C85F04"/>
    <w:rsid w:val="00C97346"/>
    <w:rsid w:val="00CB0664"/>
    <w:rsid w:val="00CD7087"/>
    <w:rsid w:val="00CF53AF"/>
    <w:rsid w:val="00D77204"/>
    <w:rsid w:val="00DC7739"/>
    <w:rsid w:val="00E3383C"/>
    <w:rsid w:val="00E52CA6"/>
    <w:rsid w:val="00E632E9"/>
    <w:rsid w:val="00E7571B"/>
    <w:rsid w:val="00EA085B"/>
    <w:rsid w:val="00F02364"/>
    <w:rsid w:val="00F46866"/>
    <w:rsid w:val="00F80E16"/>
    <w:rsid w:val="00FB261B"/>
    <w:rsid w:val="00FC693F"/>
    <w:rsid w:val="00FF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18590DD"/>
  <w14:defaultImageDpi w14:val="300"/>
  <w15:docId w15:val="{7C28C49F-D0F8-4114-A544-609ACE9AA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18">
    <w:name w:val="表 (格子)1"/>
    <w:basedOn w:val="a3"/>
    <w:next w:val="afe"/>
    <w:uiPriority w:val="39"/>
    <w:rsid w:val="008B0750"/>
    <w:pPr>
      <w:spacing w:after="0" w:line="240" w:lineRule="auto"/>
    </w:pPr>
    <w:rPr>
      <w:kern w:val="2"/>
      <w:sz w:val="21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2">
    <w:name w:val="表 (格子)2"/>
    <w:basedOn w:val="a3"/>
    <w:next w:val="afe"/>
    <w:uiPriority w:val="39"/>
    <w:rsid w:val="008B0750"/>
    <w:pPr>
      <w:spacing w:after="0" w:line="240" w:lineRule="auto"/>
    </w:pPr>
    <w:rPr>
      <w:kern w:val="2"/>
      <w:sz w:val="21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Date"/>
    <w:basedOn w:val="a1"/>
    <w:next w:val="a1"/>
    <w:link w:val="aff0"/>
    <w:uiPriority w:val="99"/>
    <w:semiHidden/>
    <w:unhideWhenUsed/>
    <w:rsid w:val="00F46866"/>
  </w:style>
  <w:style w:type="character" w:customStyle="1" w:styleId="aff0">
    <w:name w:val="日付 (文字)"/>
    <w:basedOn w:val="a2"/>
    <w:link w:val="aff"/>
    <w:uiPriority w:val="99"/>
    <w:semiHidden/>
    <w:rsid w:val="00F468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2026-01-13T10:27:00Z</cp:lastPrinted>
  <dcterms:created xsi:type="dcterms:W3CDTF">2026-06-03T06:26:00Z</dcterms:created>
  <dcterms:modified xsi:type="dcterms:W3CDTF">2026-09-17T03:40:00Z</dcterms:modified>
  <cp:category/>
</cp:coreProperties>
</file>