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F0841" w14:textId="4FD0A76F" w:rsidR="008B0750" w:rsidRPr="00F02364" w:rsidRDefault="008B0750" w:rsidP="00343296">
      <w:pPr>
        <w:widowControl w:val="0"/>
        <w:spacing w:after="0" w:line="340" w:lineRule="exact"/>
        <w:jc w:val="right"/>
        <w:rPr>
          <w:rFonts w:ascii="ＭＳ 明朝" w:eastAsia="ＭＳ 明朝" w:hAnsi="ＭＳ 明朝" w:cs="Times New Roman"/>
          <w:kern w:val="2"/>
          <w:sz w:val="21"/>
          <w:szCs w:val="21"/>
          <w:bdr w:val="single" w:sz="4" w:space="0" w:color="auto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bdr w:val="single" w:sz="4" w:space="0" w:color="auto"/>
          <w:lang w:eastAsia="ja-JP"/>
        </w:rPr>
        <w:t>様式第２号</w:t>
      </w:r>
    </w:p>
    <w:p w14:paraId="31CC7D6E" w14:textId="77777777" w:rsidR="008B0750" w:rsidRPr="00F02364" w:rsidRDefault="008B0750" w:rsidP="00343296">
      <w:pPr>
        <w:widowControl w:val="0"/>
        <w:spacing w:after="0" w:line="340" w:lineRule="exact"/>
        <w:jc w:val="right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0CF4BA4F" w14:textId="29398413" w:rsidR="008B0750" w:rsidRPr="00F02364" w:rsidRDefault="008B0750" w:rsidP="00343296">
      <w:pPr>
        <w:widowControl w:val="0"/>
        <w:spacing w:after="0" w:line="340" w:lineRule="exact"/>
        <w:jc w:val="right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令和</w:t>
      </w:r>
      <w:r w:rsidR="00343296"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８</w:t>
      </w: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年　　月　　日</w:t>
      </w:r>
    </w:p>
    <w:p w14:paraId="239C17E8" w14:textId="77777777" w:rsidR="008B0750" w:rsidRPr="00F02364" w:rsidRDefault="008B0750" w:rsidP="00343296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364DE364" w14:textId="77777777" w:rsidR="008B0750" w:rsidRPr="00F02364" w:rsidRDefault="008B0750" w:rsidP="00343296">
      <w:pPr>
        <w:widowControl w:val="0"/>
        <w:spacing w:after="0" w:line="340" w:lineRule="exact"/>
        <w:ind w:firstLineChars="100" w:firstLine="210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 xml:space="preserve">　（あて先）八尾市長</w:t>
      </w:r>
    </w:p>
    <w:p w14:paraId="65195170" w14:textId="77777777" w:rsidR="008B0750" w:rsidRPr="00F02364" w:rsidRDefault="008B0750" w:rsidP="00343296">
      <w:pPr>
        <w:widowControl w:val="0"/>
        <w:spacing w:after="0" w:line="340" w:lineRule="exact"/>
        <w:ind w:firstLineChars="2000" w:firstLine="4200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175614ED" w14:textId="77777777" w:rsidR="008B0750" w:rsidRPr="00F02364" w:rsidRDefault="008B0750" w:rsidP="00343296">
      <w:pPr>
        <w:widowControl w:val="0"/>
        <w:spacing w:after="0" w:line="340" w:lineRule="exact"/>
        <w:ind w:firstLineChars="2000" w:firstLine="4200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5C6D7667" w14:textId="77777777" w:rsidR="008B0750" w:rsidRPr="00F02364" w:rsidRDefault="008B0750" w:rsidP="00343296">
      <w:pPr>
        <w:widowControl w:val="0"/>
        <w:spacing w:after="0" w:line="340" w:lineRule="exact"/>
        <w:ind w:firstLineChars="2000" w:firstLine="4200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住所又は所在地</w:t>
      </w:r>
    </w:p>
    <w:p w14:paraId="6E6430FF" w14:textId="77777777" w:rsidR="008B0750" w:rsidRPr="00F02364" w:rsidRDefault="008B0750" w:rsidP="00343296">
      <w:pPr>
        <w:widowControl w:val="0"/>
        <w:spacing w:after="0" w:line="340" w:lineRule="exact"/>
        <w:ind w:firstLineChars="2000" w:firstLine="4200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14B88FD7" w14:textId="77777777" w:rsidR="008B0750" w:rsidRPr="00F02364" w:rsidRDefault="008B0750" w:rsidP="00343296">
      <w:pPr>
        <w:widowControl w:val="0"/>
        <w:spacing w:after="0" w:line="340" w:lineRule="exact"/>
        <w:ind w:firstLineChars="2000" w:firstLine="4200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商号又は名称</w:t>
      </w:r>
    </w:p>
    <w:p w14:paraId="0772DF7C" w14:textId="77777777" w:rsidR="008B0750" w:rsidRPr="00F02364" w:rsidRDefault="008B0750" w:rsidP="00343296">
      <w:pPr>
        <w:widowControl w:val="0"/>
        <w:spacing w:after="0" w:line="340" w:lineRule="exact"/>
        <w:ind w:firstLineChars="2000" w:firstLine="4200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5CF44A3F" w14:textId="77777777" w:rsidR="008B0750" w:rsidRPr="00F02364" w:rsidRDefault="008B0750" w:rsidP="00343296">
      <w:pPr>
        <w:widowControl w:val="0"/>
        <w:spacing w:after="0" w:line="340" w:lineRule="exact"/>
        <w:ind w:firstLineChars="2000" w:firstLine="4200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 xml:space="preserve">代表者職氏名　　　　　　　　　　　　　</w:t>
      </w:r>
    </w:p>
    <w:p w14:paraId="22D1478D" w14:textId="77777777" w:rsidR="008B0750" w:rsidRPr="00F02364" w:rsidRDefault="008B0750" w:rsidP="00343296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51B2BEF1" w14:textId="77777777" w:rsidR="008B0750" w:rsidRPr="00F02364" w:rsidRDefault="008B0750" w:rsidP="00343296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515411C5" w14:textId="77777777" w:rsidR="008B0750" w:rsidRPr="00F02364" w:rsidRDefault="008B0750" w:rsidP="00343296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213A93D3" w14:textId="77777777" w:rsidR="008B0750" w:rsidRPr="00F02364" w:rsidRDefault="008B0750" w:rsidP="00343296">
      <w:pPr>
        <w:widowControl w:val="0"/>
        <w:spacing w:after="0" w:line="340" w:lineRule="exact"/>
        <w:jc w:val="center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参　加　表　明　書</w:t>
      </w:r>
    </w:p>
    <w:p w14:paraId="5F45D6A6" w14:textId="77777777" w:rsidR="008B0750" w:rsidRPr="00F02364" w:rsidRDefault="008B0750" w:rsidP="00343296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154885B5" w14:textId="77777777" w:rsidR="008B0750" w:rsidRPr="00F02364" w:rsidRDefault="008B0750" w:rsidP="00343296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1A3E3DB5" w14:textId="3D2BAFAC" w:rsidR="008B0750" w:rsidRPr="00F02364" w:rsidRDefault="008B0750" w:rsidP="00343296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 xml:space="preserve">　当社は、</w:t>
      </w:r>
      <w:r w:rsidR="00343296" w:rsidRPr="00F02364">
        <w:rPr>
          <w:rFonts w:asciiTheme="minorEastAsia" w:hAnsiTheme="minorEastAsia" w:hint="eastAsia"/>
          <w:sz w:val="21"/>
          <w:szCs w:val="21"/>
          <w:lang w:eastAsia="ja-JP"/>
        </w:rPr>
        <w:t>令和８年度八尾市道路台帳管理システム他3システム再構築業務</w:t>
      </w: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に係る公募型プロポーザルに参加したいので、関係書類を添えて参加を表明します。</w:t>
      </w:r>
    </w:p>
    <w:p w14:paraId="60D21122" w14:textId="09BA6759" w:rsidR="008B0750" w:rsidRPr="00F02364" w:rsidRDefault="008B0750" w:rsidP="00343296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 xml:space="preserve">　なお、「</w:t>
      </w:r>
      <w:r w:rsidR="00343296" w:rsidRPr="00F02364">
        <w:rPr>
          <w:rFonts w:asciiTheme="minorEastAsia" w:hAnsiTheme="minorEastAsia" w:hint="eastAsia"/>
          <w:sz w:val="21"/>
          <w:szCs w:val="21"/>
          <w:lang w:eastAsia="ja-JP"/>
        </w:rPr>
        <w:t>令和８年度八尾市道路台帳管理システム他3システム再構築業務</w:t>
      </w:r>
      <w:r w:rsidRPr="00F02364"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  <w:t>公募型プロポーザル実施要領</w:t>
      </w: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」の「６．参加資格」の要件を全て満たすとともに、添付書類の内容については事実と相違ないことを誓約します。</w:t>
      </w:r>
    </w:p>
    <w:p w14:paraId="75E83105" w14:textId="77777777" w:rsidR="008B0750" w:rsidRPr="00F02364" w:rsidRDefault="008B0750" w:rsidP="00343296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67AD8DB1" w14:textId="77777777" w:rsidR="008B0750" w:rsidRPr="00F02364" w:rsidRDefault="008B0750" w:rsidP="00343296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【担当者連絡先】</w:t>
      </w:r>
    </w:p>
    <w:tbl>
      <w:tblPr>
        <w:tblStyle w:val="2f2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6095"/>
      </w:tblGrid>
      <w:tr w:rsidR="008B0750" w:rsidRPr="00F02364" w14:paraId="078AB687" w14:textId="77777777" w:rsidTr="00AE3CB1">
        <w:trPr>
          <w:trHeight w:hRule="exact" w:val="454"/>
          <w:jc w:val="center"/>
        </w:trPr>
        <w:tc>
          <w:tcPr>
            <w:tcW w:w="1838" w:type="dxa"/>
            <w:vAlign w:val="center"/>
          </w:tcPr>
          <w:p w14:paraId="0821A954" w14:textId="77777777" w:rsidR="008B0750" w:rsidRPr="00F02364" w:rsidRDefault="008B0750" w:rsidP="00343296">
            <w:pPr>
              <w:widowControl w:val="0"/>
              <w:spacing w:line="340" w:lineRule="exact"/>
              <w:jc w:val="both"/>
              <w:rPr>
                <w:rFonts w:ascii="ＭＳ 明朝" w:eastAsia="ＭＳ 明朝" w:hAnsi="ＭＳ 明朝" w:cs="Times New Roman"/>
                <w:szCs w:val="21"/>
              </w:rPr>
            </w:pPr>
            <w:r w:rsidRPr="00F02364">
              <w:rPr>
                <w:rFonts w:ascii="ＭＳ 明朝" w:eastAsia="ＭＳ 明朝" w:hAnsi="ＭＳ 明朝" w:cs="Times New Roman" w:hint="eastAsia"/>
                <w:szCs w:val="21"/>
              </w:rPr>
              <w:t>所属・職名</w:t>
            </w:r>
          </w:p>
        </w:tc>
        <w:tc>
          <w:tcPr>
            <w:tcW w:w="6095" w:type="dxa"/>
            <w:vAlign w:val="center"/>
          </w:tcPr>
          <w:p w14:paraId="0E69AFD2" w14:textId="77777777" w:rsidR="008B0750" w:rsidRPr="00F02364" w:rsidRDefault="008B0750" w:rsidP="00343296">
            <w:pPr>
              <w:widowControl w:val="0"/>
              <w:spacing w:line="340" w:lineRule="exact"/>
              <w:jc w:val="both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8B0750" w:rsidRPr="00F02364" w14:paraId="61AD9F32" w14:textId="77777777" w:rsidTr="00AE3CB1">
        <w:trPr>
          <w:trHeight w:hRule="exact" w:val="454"/>
          <w:jc w:val="center"/>
        </w:trPr>
        <w:tc>
          <w:tcPr>
            <w:tcW w:w="1838" w:type="dxa"/>
            <w:vAlign w:val="center"/>
          </w:tcPr>
          <w:p w14:paraId="6F890519" w14:textId="77777777" w:rsidR="008B0750" w:rsidRPr="00F02364" w:rsidRDefault="008B0750" w:rsidP="00343296">
            <w:pPr>
              <w:widowControl w:val="0"/>
              <w:spacing w:line="340" w:lineRule="exact"/>
              <w:jc w:val="both"/>
              <w:rPr>
                <w:rFonts w:ascii="ＭＳ 明朝" w:eastAsia="ＭＳ 明朝" w:hAnsi="ＭＳ 明朝" w:cs="Times New Roman"/>
                <w:szCs w:val="21"/>
              </w:rPr>
            </w:pPr>
            <w:r w:rsidRPr="00F02364">
              <w:rPr>
                <w:rFonts w:ascii="ＭＳ 明朝" w:eastAsia="ＭＳ 明朝" w:hAnsi="ＭＳ 明朝" w:cs="Times New Roman" w:hint="eastAsia"/>
                <w:szCs w:val="21"/>
              </w:rPr>
              <w:t>氏名</w:t>
            </w:r>
          </w:p>
        </w:tc>
        <w:tc>
          <w:tcPr>
            <w:tcW w:w="6095" w:type="dxa"/>
            <w:vAlign w:val="center"/>
          </w:tcPr>
          <w:p w14:paraId="769588CA" w14:textId="77777777" w:rsidR="008B0750" w:rsidRPr="00F02364" w:rsidRDefault="008B0750" w:rsidP="00343296">
            <w:pPr>
              <w:widowControl w:val="0"/>
              <w:spacing w:line="340" w:lineRule="exact"/>
              <w:jc w:val="both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8B0750" w:rsidRPr="00F02364" w14:paraId="7DDB127C" w14:textId="77777777" w:rsidTr="00AE3CB1">
        <w:trPr>
          <w:trHeight w:hRule="exact" w:val="454"/>
          <w:jc w:val="center"/>
        </w:trPr>
        <w:tc>
          <w:tcPr>
            <w:tcW w:w="1838" w:type="dxa"/>
            <w:vAlign w:val="center"/>
          </w:tcPr>
          <w:p w14:paraId="5CC13E11" w14:textId="77777777" w:rsidR="008B0750" w:rsidRPr="00F02364" w:rsidRDefault="008B0750" w:rsidP="00343296">
            <w:pPr>
              <w:widowControl w:val="0"/>
              <w:spacing w:line="340" w:lineRule="exact"/>
              <w:jc w:val="both"/>
              <w:rPr>
                <w:rFonts w:ascii="ＭＳ 明朝" w:eastAsia="ＭＳ 明朝" w:hAnsi="ＭＳ 明朝" w:cs="Times New Roman"/>
                <w:szCs w:val="21"/>
              </w:rPr>
            </w:pPr>
            <w:r w:rsidRPr="00F02364">
              <w:rPr>
                <w:rFonts w:ascii="ＭＳ 明朝" w:eastAsia="ＭＳ 明朝" w:hAnsi="ＭＳ 明朝" w:cs="Times New Roman" w:hint="eastAsia"/>
                <w:szCs w:val="21"/>
              </w:rPr>
              <w:t>電話番号</w:t>
            </w:r>
          </w:p>
        </w:tc>
        <w:tc>
          <w:tcPr>
            <w:tcW w:w="6095" w:type="dxa"/>
            <w:vAlign w:val="center"/>
          </w:tcPr>
          <w:p w14:paraId="7C770A82" w14:textId="77777777" w:rsidR="008B0750" w:rsidRPr="00F02364" w:rsidRDefault="008B0750" w:rsidP="00343296">
            <w:pPr>
              <w:widowControl w:val="0"/>
              <w:spacing w:line="340" w:lineRule="exact"/>
              <w:jc w:val="both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8B0750" w:rsidRPr="00F02364" w14:paraId="70E04AE7" w14:textId="77777777" w:rsidTr="00AE3CB1">
        <w:trPr>
          <w:trHeight w:hRule="exact" w:val="454"/>
          <w:jc w:val="center"/>
        </w:trPr>
        <w:tc>
          <w:tcPr>
            <w:tcW w:w="1838" w:type="dxa"/>
            <w:vAlign w:val="center"/>
          </w:tcPr>
          <w:p w14:paraId="58612997" w14:textId="77777777" w:rsidR="008B0750" w:rsidRPr="00F02364" w:rsidRDefault="008B0750" w:rsidP="00343296">
            <w:pPr>
              <w:widowControl w:val="0"/>
              <w:spacing w:line="340" w:lineRule="exact"/>
              <w:jc w:val="both"/>
              <w:rPr>
                <w:rFonts w:ascii="ＭＳ 明朝" w:eastAsia="ＭＳ 明朝" w:hAnsi="ＭＳ 明朝" w:cs="Times New Roman"/>
                <w:szCs w:val="21"/>
              </w:rPr>
            </w:pPr>
            <w:r w:rsidRPr="00F02364">
              <w:rPr>
                <w:rFonts w:ascii="ＭＳ 明朝" w:eastAsia="ＭＳ 明朝" w:hAnsi="ＭＳ 明朝" w:cs="Times New Roman" w:hint="eastAsia"/>
                <w:szCs w:val="21"/>
              </w:rPr>
              <w:t>E</w:t>
            </w:r>
            <w:r w:rsidRPr="00F02364">
              <w:rPr>
                <w:rFonts w:ascii="ＭＳ 明朝" w:eastAsia="ＭＳ 明朝" w:hAnsi="ＭＳ 明朝" w:cs="Times New Roman"/>
                <w:szCs w:val="21"/>
              </w:rPr>
              <w:t>-mail</w:t>
            </w:r>
          </w:p>
        </w:tc>
        <w:tc>
          <w:tcPr>
            <w:tcW w:w="6095" w:type="dxa"/>
            <w:vAlign w:val="center"/>
          </w:tcPr>
          <w:p w14:paraId="22855A27" w14:textId="77777777" w:rsidR="008B0750" w:rsidRPr="00F02364" w:rsidRDefault="008B0750" w:rsidP="00343296">
            <w:pPr>
              <w:widowControl w:val="0"/>
              <w:spacing w:line="340" w:lineRule="exact"/>
              <w:jc w:val="both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67A67DB8" w14:textId="77777777" w:rsidR="008B0750" w:rsidRPr="00F02364" w:rsidRDefault="008B0750" w:rsidP="00343296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7931FB25" w14:textId="77777777" w:rsidR="008B0750" w:rsidRPr="00F02364" w:rsidRDefault="008B0750" w:rsidP="00343296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0D7CAB96" w14:textId="77777777" w:rsidR="008B0750" w:rsidRPr="00F02364" w:rsidRDefault="008B0750" w:rsidP="00343296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02CF57C3" w14:textId="77777777" w:rsidR="008B0750" w:rsidRPr="00F02364" w:rsidRDefault="008B0750" w:rsidP="00343296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67668524" w14:textId="77777777" w:rsidR="008B0750" w:rsidRPr="00F02364" w:rsidRDefault="008B0750" w:rsidP="00343296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630EA3D9" w14:textId="77777777" w:rsidR="008B0750" w:rsidRPr="00F02364" w:rsidRDefault="008B0750" w:rsidP="00343296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sectPr w:rsidR="008B0750" w:rsidRPr="00F02364" w:rsidSect="00945D6B">
      <w:pgSz w:w="11906" w:h="16838" w:code="9"/>
      <w:pgMar w:top="1440" w:right="1701" w:bottom="1440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22714" w14:textId="77777777" w:rsidR="00AE193C" w:rsidRDefault="00AE193C" w:rsidP="00AE193C">
      <w:pPr>
        <w:spacing w:after="0" w:line="240" w:lineRule="auto"/>
      </w:pPr>
      <w:r>
        <w:separator/>
      </w:r>
    </w:p>
  </w:endnote>
  <w:endnote w:type="continuationSeparator" w:id="0">
    <w:p w14:paraId="1D38CE11" w14:textId="77777777" w:rsidR="00AE193C" w:rsidRDefault="00AE193C" w:rsidP="00AE19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A8149E" w14:textId="77777777" w:rsidR="00AE193C" w:rsidRDefault="00AE193C" w:rsidP="00AE193C">
      <w:pPr>
        <w:spacing w:after="0" w:line="240" w:lineRule="auto"/>
      </w:pPr>
      <w:r>
        <w:separator/>
      </w:r>
    </w:p>
  </w:footnote>
  <w:footnote w:type="continuationSeparator" w:id="0">
    <w:p w14:paraId="5D6CE7F0" w14:textId="77777777" w:rsidR="00AE193C" w:rsidRDefault="00AE193C" w:rsidP="00AE19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C1B1348"/>
    <w:multiLevelType w:val="hybridMultilevel"/>
    <w:tmpl w:val="585EA240"/>
    <w:lvl w:ilvl="0" w:tplc="DEE8F504">
      <w:start w:val="1"/>
      <w:numFmt w:val="decimal"/>
      <w:lvlText w:val="（%1）"/>
      <w:lvlJc w:val="left"/>
      <w:pPr>
        <w:ind w:left="71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78" w:hanging="440"/>
      </w:pPr>
    </w:lvl>
    <w:lvl w:ilvl="2" w:tplc="04090011" w:tentative="1">
      <w:start w:val="1"/>
      <w:numFmt w:val="decimalEnclosedCircle"/>
      <w:lvlText w:val="%3"/>
      <w:lvlJc w:val="left"/>
      <w:pPr>
        <w:ind w:left="1318" w:hanging="440"/>
      </w:pPr>
    </w:lvl>
    <w:lvl w:ilvl="3" w:tplc="0409000F" w:tentative="1">
      <w:start w:val="1"/>
      <w:numFmt w:val="decimal"/>
      <w:lvlText w:val="%4."/>
      <w:lvlJc w:val="left"/>
      <w:pPr>
        <w:ind w:left="1758" w:hanging="440"/>
      </w:pPr>
    </w:lvl>
    <w:lvl w:ilvl="4" w:tplc="04090017" w:tentative="1">
      <w:start w:val="1"/>
      <w:numFmt w:val="aiueoFullWidth"/>
      <w:lvlText w:val="(%5)"/>
      <w:lvlJc w:val="left"/>
      <w:pPr>
        <w:ind w:left="2198" w:hanging="440"/>
      </w:pPr>
    </w:lvl>
    <w:lvl w:ilvl="5" w:tplc="04090011" w:tentative="1">
      <w:start w:val="1"/>
      <w:numFmt w:val="decimalEnclosedCircle"/>
      <w:lvlText w:val="%6"/>
      <w:lvlJc w:val="left"/>
      <w:pPr>
        <w:ind w:left="2638" w:hanging="440"/>
      </w:pPr>
    </w:lvl>
    <w:lvl w:ilvl="6" w:tplc="0409000F" w:tentative="1">
      <w:start w:val="1"/>
      <w:numFmt w:val="decimal"/>
      <w:lvlText w:val="%7."/>
      <w:lvlJc w:val="left"/>
      <w:pPr>
        <w:ind w:left="3078" w:hanging="440"/>
      </w:pPr>
    </w:lvl>
    <w:lvl w:ilvl="7" w:tplc="04090017" w:tentative="1">
      <w:start w:val="1"/>
      <w:numFmt w:val="aiueoFullWidth"/>
      <w:lvlText w:val="(%8)"/>
      <w:lvlJc w:val="left"/>
      <w:pPr>
        <w:ind w:left="3518" w:hanging="440"/>
      </w:pPr>
    </w:lvl>
    <w:lvl w:ilvl="8" w:tplc="04090011" w:tentative="1">
      <w:start w:val="1"/>
      <w:numFmt w:val="decimalEnclosedCircle"/>
      <w:lvlText w:val="%9"/>
      <w:lvlJc w:val="left"/>
      <w:pPr>
        <w:ind w:left="3958" w:hanging="440"/>
      </w:pPr>
    </w:lvl>
  </w:abstractNum>
  <w:abstractNum w:abstractNumId="10" w15:restartNumberingAfterBreak="0">
    <w:nsid w:val="13B41472"/>
    <w:multiLevelType w:val="hybridMultilevel"/>
    <w:tmpl w:val="2E606D2C"/>
    <w:lvl w:ilvl="0" w:tplc="7DD272E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16E27F46"/>
    <w:multiLevelType w:val="hybridMultilevel"/>
    <w:tmpl w:val="0332F428"/>
    <w:lvl w:ilvl="0" w:tplc="4F14025E">
      <w:start w:val="1"/>
      <w:numFmt w:val="decimal"/>
      <w:lvlText w:val="%1."/>
      <w:lvlJc w:val="left"/>
      <w:pPr>
        <w:ind w:left="360" w:hanging="360"/>
      </w:pPr>
      <w:rPr>
        <w:rFonts w:asciiTheme="minorEastAsia" w:eastAsia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1BB772AA"/>
    <w:multiLevelType w:val="hybridMultilevel"/>
    <w:tmpl w:val="A6F0EC30"/>
    <w:lvl w:ilvl="0" w:tplc="B0B0D9DE">
      <w:start w:val="1"/>
      <w:numFmt w:val="decimal"/>
      <w:lvlText w:val="（%1）"/>
      <w:lvlJc w:val="left"/>
      <w:pPr>
        <w:ind w:left="720" w:hanging="72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20D36521"/>
    <w:multiLevelType w:val="hybridMultilevel"/>
    <w:tmpl w:val="4C9EDD68"/>
    <w:lvl w:ilvl="0" w:tplc="AB4C26EA">
      <w:start w:val="1"/>
      <w:numFmt w:val="decimal"/>
      <w:lvlText w:val="（%1）"/>
      <w:lvlJc w:val="left"/>
      <w:pPr>
        <w:ind w:left="72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2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2" w:hanging="440"/>
      </w:pPr>
    </w:lvl>
    <w:lvl w:ilvl="3" w:tplc="0409000F" w:tentative="1">
      <w:start w:val="1"/>
      <w:numFmt w:val="decimal"/>
      <w:lvlText w:val="%4."/>
      <w:lvlJc w:val="left"/>
      <w:pPr>
        <w:ind w:left="1762" w:hanging="440"/>
      </w:pPr>
    </w:lvl>
    <w:lvl w:ilvl="4" w:tplc="04090017" w:tentative="1">
      <w:start w:val="1"/>
      <w:numFmt w:val="aiueoFullWidth"/>
      <w:lvlText w:val="(%5)"/>
      <w:lvlJc w:val="left"/>
      <w:pPr>
        <w:ind w:left="2202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2" w:hanging="440"/>
      </w:pPr>
    </w:lvl>
    <w:lvl w:ilvl="6" w:tplc="0409000F" w:tentative="1">
      <w:start w:val="1"/>
      <w:numFmt w:val="decimal"/>
      <w:lvlText w:val="%7."/>
      <w:lvlJc w:val="left"/>
      <w:pPr>
        <w:ind w:left="3082" w:hanging="440"/>
      </w:pPr>
    </w:lvl>
    <w:lvl w:ilvl="7" w:tplc="04090017" w:tentative="1">
      <w:start w:val="1"/>
      <w:numFmt w:val="aiueoFullWidth"/>
      <w:lvlText w:val="(%8)"/>
      <w:lvlJc w:val="left"/>
      <w:pPr>
        <w:ind w:left="3522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2" w:hanging="440"/>
      </w:pPr>
    </w:lvl>
  </w:abstractNum>
  <w:abstractNum w:abstractNumId="14" w15:restartNumberingAfterBreak="0">
    <w:nsid w:val="21317DAE"/>
    <w:multiLevelType w:val="hybridMultilevel"/>
    <w:tmpl w:val="E42CEC02"/>
    <w:lvl w:ilvl="0" w:tplc="40043502">
      <w:start w:val="1"/>
      <w:numFmt w:val="decimal"/>
      <w:lvlText w:val="（%1）"/>
      <w:lvlJc w:val="left"/>
      <w:pPr>
        <w:ind w:left="128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7" w:hanging="440"/>
      </w:pPr>
    </w:lvl>
    <w:lvl w:ilvl="2" w:tplc="04090011" w:tentative="1">
      <w:start w:val="1"/>
      <w:numFmt w:val="decimalEnclosedCircle"/>
      <w:lvlText w:val="%3"/>
      <w:lvlJc w:val="left"/>
      <w:pPr>
        <w:ind w:left="1887" w:hanging="440"/>
      </w:pPr>
    </w:lvl>
    <w:lvl w:ilvl="3" w:tplc="0409000F" w:tentative="1">
      <w:start w:val="1"/>
      <w:numFmt w:val="decimal"/>
      <w:lvlText w:val="%4."/>
      <w:lvlJc w:val="left"/>
      <w:pPr>
        <w:ind w:left="2327" w:hanging="440"/>
      </w:pPr>
    </w:lvl>
    <w:lvl w:ilvl="4" w:tplc="04090017" w:tentative="1">
      <w:start w:val="1"/>
      <w:numFmt w:val="aiueoFullWidth"/>
      <w:lvlText w:val="(%5)"/>
      <w:lvlJc w:val="left"/>
      <w:pPr>
        <w:ind w:left="2767" w:hanging="440"/>
      </w:pPr>
    </w:lvl>
    <w:lvl w:ilvl="5" w:tplc="04090011" w:tentative="1">
      <w:start w:val="1"/>
      <w:numFmt w:val="decimalEnclosedCircle"/>
      <w:lvlText w:val="%6"/>
      <w:lvlJc w:val="left"/>
      <w:pPr>
        <w:ind w:left="3207" w:hanging="440"/>
      </w:pPr>
    </w:lvl>
    <w:lvl w:ilvl="6" w:tplc="0409000F" w:tentative="1">
      <w:start w:val="1"/>
      <w:numFmt w:val="decimal"/>
      <w:lvlText w:val="%7."/>
      <w:lvlJc w:val="left"/>
      <w:pPr>
        <w:ind w:left="3647" w:hanging="440"/>
      </w:pPr>
    </w:lvl>
    <w:lvl w:ilvl="7" w:tplc="04090017" w:tentative="1">
      <w:start w:val="1"/>
      <w:numFmt w:val="aiueoFullWidth"/>
      <w:lvlText w:val="(%8)"/>
      <w:lvlJc w:val="left"/>
      <w:pPr>
        <w:ind w:left="4087" w:hanging="440"/>
      </w:pPr>
    </w:lvl>
    <w:lvl w:ilvl="8" w:tplc="04090011" w:tentative="1">
      <w:start w:val="1"/>
      <w:numFmt w:val="decimalEnclosedCircle"/>
      <w:lvlText w:val="%9"/>
      <w:lvlJc w:val="left"/>
      <w:pPr>
        <w:ind w:left="4527" w:hanging="440"/>
      </w:pPr>
    </w:lvl>
  </w:abstractNum>
  <w:abstractNum w:abstractNumId="15" w15:restartNumberingAfterBreak="0">
    <w:nsid w:val="3273272C"/>
    <w:multiLevelType w:val="hybridMultilevel"/>
    <w:tmpl w:val="FFBECBC2"/>
    <w:lvl w:ilvl="0" w:tplc="E74CDD1C">
      <w:start w:val="1"/>
      <w:numFmt w:val="decimal"/>
      <w:lvlText w:val="（%1）"/>
      <w:lvlJc w:val="left"/>
      <w:pPr>
        <w:ind w:left="128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7" w:hanging="440"/>
      </w:pPr>
    </w:lvl>
    <w:lvl w:ilvl="2" w:tplc="04090011" w:tentative="1">
      <w:start w:val="1"/>
      <w:numFmt w:val="decimalEnclosedCircle"/>
      <w:lvlText w:val="%3"/>
      <w:lvlJc w:val="left"/>
      <w:pPr>
        <w:ind w:left="1887" w:hanging="440"/>
      </w:pPr>
    </w:lvl>
    <w:lvl w:ilvl="3" w:tplc="0409000F" w:tentative="1">
      <w:start w:val="1"/>
      <w:numFmt w:val="decimal"/>
      <w:lvlText w:val="%4."/>
      <w:lvlJc w:val="left"/>
      <w:pPr>
        <w:ind w:left="2327" w:hanging="440"/>
      </w:pPr>
    </w:lvl>
    <w:lvl w:ilvl="4" w:tplc="04090017" w:tentative="1">
      <w:start w:val="1"/>
      <w:numFmt w:val="aiueoFullWidth"/>
      <w:lvlText w:val="(%5)"/>
      <w:lvlJc w:val="left"/>
      <w:pPr>
        <w:ind w:left="2767" w:hanging="440"/>
      </w:pPr>
    </w:lvl>
    <w:lvl w:ilvl="5" w:tplc="04090011" w:tentative="1">
      <w:start w:val="1"/>
      <w:numFmt w:val="decimalEnclosedCircle"/>
      <w:lvlText w:val="%6"/>
      <w:lvlJc w:val="left"/>
      <w:pPr>
        <w:ind w:left="3207" w:hanging="440"/>
      </w:pPr>
    </w:lvl>
    <w:lvl w:ilvl="6" w:tplc="0409000F" w:tentative="1">
      <w:start w:val="1"/>
      <w:numFmt w:val="decimal"/>
      <w:lvlText w:val="%7."/>
      <w:lvlJc w:val="left"/>
      <w:pPr>
        <w:ind w:left="3647" w:hanging="440"/>
      </w:pPr>
    </w:lvl>
    <w:lvl w:ilvl="7" w:tplc="04090017" w:tentative="1">
      <w:start w:val="1"/>
      <w:numFmt w:val="aiueoFullWidth"/>
      <w:lvlText w:val="(%8)"/>
      <w:lvlJc w:val="left"/>
      <w:pPr>
        <w:ind w:left="4087" w:hanging="440"/>
      </w:pPr>
    </w:lvl>
    <w:lvl w:ilvl="8" w:tplc="04090011" w:tentative="1">
      <w:start w:val="1"/>
      <w:numFmt w:val="decimalEnclosedCircle"/>
      <w:lvlText w:val="%9"/>
      <w:lvlJc w:val="left"/>
      <w:pPr>
        <w:ind w:left="4527" w:hanging="440"/>
      </w:pPr>
    </w:lvl>
  </w:abstractNum>
  <w:abstractNum w:abstractNumId="16" w15:restartNumberingAfterBreak="0">
    <w:nsid w:val="34CD51F3"/>
    <w:multiLevelType w:val="hybridMultilevel"/>
    <w:tmpl w:val="5D32C4C4"/>
    <w:lvl w:ilvl="0" w:tplc="D9180E20">
      <w:start w:val="1"/>
      <w:numFmt w:val="decimal"/>
      <w:lvlText w:val="（%1）"/>
      <w:lvlJc w:val="left"/>
      <w:pPr>
        <w:ind w:left="128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7" w:hanging="440"/>
      </w:pPr>
    </w:lvl>
    <w:lvl w:ilvl="2" w:tplc="04090011" w:tentative="1">
      <w:start w:val="1"/>
      <w:numFmt w:val="decimalEnclosedCircle"/>
      <w:lvlText w:val="%3"/>
      <w:lvlJc w:val="left"/>
      <w:pPr>
        <w:ind w:left="1887" w:hanging="440"/>
      </w:pPr>
    </w:lvl>
    <w:lvl w:ilvl="3" w:tplc="0409000F" w:tentative="1">
      <w:start w:val="1"/>
      <w:numFmt w:val="decimal"/>
      <w:lvlText w:val="%4."/>
      <w:lvlJc w:val="left"/>
      <w:pPr>
        <w:ind w:left="2327" w:hanging="440"/>
      </w:pPr>
    </w:lvl>
    <w:lvl w:ilvl="4" w:tplc="04090017" w:tentative="1">
      <w:start w:val="1"/>
      <w:numFmt w:val="aiueoFullWidth"/>
      <w:lvlText w:val="(%5)"/>
      <w:lvlJc w:val="left"/>
      <w:pPr>
        <w:ind w:left="2767" w:hanging="440"/>
      </w:pPr>
    </w:lvl>
    <w:lvl w:ilvl="5" w:tplc="04090011" w:tentative="1">
      <w:start w:val="1"/>
      <w:numFmt w:val="decimalEnclosedCircle"/>
      <w:lvlText w:val="%6"/>
      <w:lvlJc w:val="left"/>
      <w:pPr>
        <w:ind w:left="3207" w:hanging="440"/>
      </w:pPr>
    </w:lvl>
    <w:lvl w:ilvl="6" w:tplc="0409000F" w:tentative="1">
      <w:start w:val="1"/>
      <w:numFmt w:val="decimal"/>
      <w:lvlText w:val="%7."/>
      <w:lvlJc w:val="left"/>
      <w:pPr>
        <w:ind w:left="3647" w:hanging="440"/>
      </w:pPr>
    </w:lvl>
    <w:lvl w:ilvl="7" w:tplc="04090017" w:tentative="1">
      <w:start w:val="1"/>
      <w:numFmt w:val="aiueoFullWidth"/>
      <w:lvlText w:val="(%8)"/>
      <w:lvlJc w:val="left"/>
      <w:pPr>
        <w:ind w:left="4087" w:hanging="440"/>
      </w:pPr>
    </w:lvl>
    <w:lvl w:ilvl="8" w:tplc="04090011" w:tentative="1">
      <w:start w:val="1"/>
      <w:numFmt w:val="decimalEnclosedCircle"/>
      <w:lvlText w:val="%9"/>
      <w:lvlJc w:val="left"/>
      <w:pPr>
        <w:ind w:left="4527" w:hanging="440"/>
      </w:pPr>
    </w:lvl>
  </w:abstractNum>
  <w:abstractNum w:abstractNumId="17" w15:restartNumberingAfterBreak="0">
    <w:nsid w:val="38E73900"/>
    <w:multiLevelType w:val="hybridMultilevel"/>
    <w:tmpl w:val="0FE40810"/>
    <w:lvl w:ilvl="0" w:tplc="F6D85AA0">
      <w:start w:val="1"/>
      <w:numFmt w:val="decimalFullWidth"/>
      <w:lvlText w:val="%1．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AE63BA6"/>
    <w:multiLevelType w:val="hybridMultilevel"/>
    <w:tmpl w:val="47F28FA4"/>
    <w:lvl w:ilvl="0" w:tplc="EF5070EA">
      <w:start w:val="1"/>
      <w:numFmt w:val="decimalFullWidth"/>
      <w:lvlText w:val="%1．"/>
      <w:lvlJc w:val="left"/>
      <w:pPr>
        <w:ind w:left="360" w:hanging="36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536A5587"/>
    <w:multiLevelType w:val="hybridMultilevel"/>
    <w:tmpl w:val="DE5C0802"/>
    <w:lvl w:ilvl="0" w:tplc="836E724A">
      <w:start w:val="1"/>
      <w:numFmt w:val="decimalFullWidth"/>
      <w:lvlText w:val="%1."/>
      <w:lvlJc w:val="left"/>
      <w:pPr>
        <w:ind w:left="510" w:hanging="510"/>
      </w:pPr>
      <w:rPr>
        <w:rFonts w:hint="default"/>
        <w:b w:val="0"/>
        <w:bCs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0" w15:restartNumberingAfterBreak="0">
    <w:nsid w:val="5E180044"/>
    <w:multiLevelType w:val="hybridMultilevel"/>
    <w:tmpl w:val="C848EBB6"/>
    <w:lvl w:ilvl="0" w:tplc="5F4EB17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1" w15:restartNumberingAfterBreak="0">
    <w:nsid w:val="678762FD"/>
    <w:multiLevelType w:val="hybridMultilevel"/>
    <w:tmpl w:val="AD28493E"/>
    <w:lvl w:ilvl="0" w:tplc="0A6AE40A">
      <w:start w:val="1"/>
      <w:numFmt w:val="decimal"/>
      <w:lvlText w:val="（%1）"/>
      <w:lvlJc w:val="left"/>
      <w:pPr>
        <w:ind w:left="1305" w:hanging="720"/>
      </w:pPr>
      <w:rPr>
        <w:rFonts w:hint="default"/>
      </w:rPr>
    </w:lvl>
    <w:lvl w:ilvl="1" w:tplc="357AF1D0">
      <w:start w:val="1"/>
      <w:numFmt w:val="decimalFullWidth"/>
      <w:lvlText w:val="%2．"/>
      <w:lvlJc w:val="left"/>
      <w:pPr>
        <w:ind w:left="1385" w:hanging="360"/>
      </w:pPr>
      <w:rPr>
        <w:rFonts w:asciiTheme="minorHAnsi" w:eastAsiaTheme="minorEastAsia" w:hAnsiTheme="minorHAnsi" w:hint="default"/>
      </w:rPr>
    </w:lvl>
    <w:lvl w:ilvl="2" w:tplc="04090011">
      <w:start w:val="1"/>
      <w:numFmt w:val="decimalEnclosedCircle"/>
      <w:lvlText w:val="%3"/>
      <w:lvlJc w:val="left"/>
      <w:pPr>
        <w:ind w:left="1905" w:hanging="440"/>
      </w:pPr>
    </w:lvl>
    <w:lvl w:ilvl="3" w:tplc="0409000F">
      <w:start w:val="1"/>
      <w:numFmt w:val="decimal"/>
      <w:lvlText w:val="%4."/>
      <w:lvlJc w:val="left"/>
      <w:pPr>
        <w:ind w:left="2345" w:hanging="440"/>
      </w:pPr>
    </w:lvl>
    <w:lvl w:ilvl="4" w:tplc="04090017" w:tentative="1">
      <w:start w:val="1"/>
      <w:numFmt w:val="aiueoFullWidth"/>
      <w:lvlText w:val="(%5)"/>
      <w:lvlJc w:val="left"/>
      <w:pPr>
        <w:ind w:left="2785" w:hanging="440"/>
      </w:pPr>
    </w:lvl>
    <w:lvl w:ilvl="5" w:tplc="04090011" w:tentative="1">
      <w:start w:val="1"/>
      <w:numFmt w:val="decimalEnclosedCircle"/>
      <w:lvlText w:val="%6"/>
      <w:lvlJc w:val="left"/>
      <w:pPr>
        <w:ind w:left="3225" w:hanging="440"/>
      </w:pPr>
    </w:lvl>
    <w:lvl w:ilvl="6" w:tplc="0409000F" w:tentative="1">
      <w:start w:val="1"/>
      <w:numFmt w:val="decimal"/>
      <w:lvlText w:val="%7."/>
      <w:lvlJc w:val="left"/>
      <w:pPr>
        <w:ind w:left="3665" w:hanging="440"/>
      </w:pPr>
    </w:lvl>
    <w:lvl w:ilvl="7" w:tplc="04090017" w:tentative="1">
      <w:start w:val="1"/>
      <w:numFmt w:val="aiueoFullWidth"/>
      <w:lvlText w:val="(%8)"/>
      <w:lvlJc w:val="left"/>
      <w:pPr>
        <w:ind w:left="4105" w:hanging="440"/>
      </w:pPr>
    </w:lvl>
    <w:lvl w:ilvl="8" w:tplc="04090011" w:tentative="1">
      <w:start w:val="1"/>
      <w:numFmt w:val="decimalEnclosedCircle"/>
      <w:lvlText w:val="%9"/>
      <w:lvlJc w:val="left"/>
      <w:pPr>
        <w:ind w:left="4545" w:hanging="440"/>
      </w:pPr>
    </w:lvl>
  </w:abstractNum>
  <w:abstractNum w:abstractNumId="22" w15:restartNumberingAfterBreak="0">
    <w:nsid w:val="695247F2"/>
    <w:multiLevelType w:val="hybridMultilevel"/>
    <w:tmpl w:val="91282F30"/>
    <w:lvl w:ilvl="0" w:tplc="1D0E016A">
      <w:start w:val="10"/>
      <w:numFmt w:val="decimal"/>
      <w:lvlText w:val="%1."/>
      <w:lvlJc w:val="left"/>
      <w:pPr>
        <w:ind w:left="360" w:hanging="360"/>
      </w:pPr>
      <w:rPr>
        <w:rFonts w:asciiTheme="minorEastAsia" w:eastAsia="ＭＳ 明朝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3" w15:restartNumberingAfterBreak="0">
    <w:nsid w:val="765A3E69"/>
    <w:multiLevelType w:val="hybridMultilevel"/>
    <w:tmpl w:val="B92088C0"/>
    <w:lvl w:ilvl="0" w:tplc="0FB8705A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4" w15:restartNumberingAfterBreak="0">
    <w:nsid w:val="77443BD4"/>
    <w:multiLevelType w:val="hybridMultilevel"/>
    <w:tmpl w:val="E00E3984"/>
    <w:lvl w:ilvl="0" w:tplc="01067A2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9"/>
  </w:num>
  <w:num w:numId="11">
    <w:abstractNumId w:val="18"/>
  </w:num>
  <w:num w:numId="12">
    <w:abstractNumId w:val="12"/>
  </w:num>
  <w:num w:numId="13">
    <w:abstractNumId w:val="21"/>
  </w:num>
  <w:num w:numId="14">
    <w:abstractNumId w:val="11"/>
  </w:num>
  <w:num w:numId="15">
    <w:abstractNumId w:val="22"/>
  </w:num>
  <w:num w:numId="16">
    <w:abstractNumId w:val="20"/>
  </w:num>
  <w:num w:numId="17">
    <w:abstractNumId w:val="10"/>
  </w:num>
  <w:num w:numId="18">
    <w:abstractNumId w:val="15"/>
  </w:num>
  <w:num w:numId="19">
    <w:abstractNumId w:val="16"/>
  </w:num>
  <w:num w:numId="20">
    <w:abstractNumId w:val="23"/>
  </w:num>
  <w:num w:numId="21">
    <w:abstractNumId w:val="9"/>
  </w:num>
  <w:num w:numId="22">
    <w:abstractNumId w:val="13"/>
  </w:num>
  <w:num w:numId="23">
    <w:abstractNumId w:val="14"/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1014"/>
    <w:rsid w:val="0006063C"/>
    <w:rsid w:val="00062148"/>
    <w:rsid w:val="000F2520"/>
    <w:rsid w:val="001024F8"/>
    <w:rsid w:val="001443EA"/>
    <w:rsid w:val="00147271"/>
    <w:rsid w:val="0015074B"/>
    <w:rsid w:val="00160DA5"/>
    <w:rsid w:val="001F36A0"/>
    <w:rsid w:val="00207505"/>
    <w:rsid w:val="00242F0A"/>
    <w:rsid w:val="00262C1D"/>
    <w:rsid w:val="0029639D"/>
    <w:rsid w:val="002A6A5B"/>
    <w:rsid w:val="002D5C18"/>
    <w:rsid w:val="002D77CD"/>
    <w:rsid w:val="00326F90"/>
    <w:rsid w:val="00331F10"/>
    <w:rsid w:val="00343296"/>
    <w:rsid w:val="00361B19"/>
    <w:rsid w:val="00364935"/>
    <w:rsid w:val="00374D52"/>
    <w:rsid w:val="003938CB"/>
    <w:rsid w:val="003C493D"/>
    <w:rsid w:val="003D3019"/>
    <w:rsid w:val="003E0135"/>
    <w:rsid w:val="003F6BD9"/>
    <w:rsid w:val="005016F3"/>
    <w:rsid w:val="00565F78"/>
    <w:rsid w:val="005804EF"/>
    <w:rsid w:val="005B3169"/>
    <w:rsid w:val="005C4383"/>
    <w:rsid w:val="00612DC4"/>
    <w:rsid w:val="00653386"/>
    <w:rsid w:val="0068038E"/>
    <w:rsid w:val="007724E7"/>
    <w:rsid w:val="007E2473"/>
    <w:rsid w:val="007F5E34"/>
    <w:rsid w:val="008507CF"/>
    <w:rsid w:val="00860CF6"/>
    <w:rsid w:val="00887E30"/>
    <w:rsid w:val="008B0750"/>
    <w:rsid w:val="00931FD0"/>
    <w:rsid w:val="00945D6B"/>
    <w:rsid w:val="009C1FE1"/>
    <w:rsid w:val="009C7BD5"/>
    <w:rsid w:val="009D789D"/>
    <w:rsid w:val="00A415BD"/>
    <w:rsid w:val="00A54A3B"/>
    <w:rsid w:val="00A84BA4"/>
    <w:rsid w:val="00AA1D8D"/>
    <w:rsid w:val="00AA6BFB"/>
    <w:rsid w:val="00AD218A"/>
    <w:rsid w:val="00AE193C"/>
    <w:rsid w:val="00B47730"/>
    <w:rsid w:val="00B84B93"/>
    <w:rsid w:val="00C30AC1"/>
    <w:rsid w:val="00C334E6"/>
    <w:rsid w:val="00C63D87"/>
    <w:rsid w:val="00C85F04"/>
    <w:rsid w:val="00CB0664"/>
    <w:rsid w:val="00CD7087"/>
    <w:rsid w:val="00CF53AF"/>
    <w:rsid w:val="00D77204"/>
    <w:rsid w:val="00DC7739"/>
    <w:rsid w:val="00E3383C"/>
    <w:rsid w:val="00E52CA6"/>
    <w:rsid w:val="00E632E9"/>
    <w:rsid w:val="00E7571B"/>
    <w:rsid w:val="00EA085B"/>
    <w:rsid w:val="00F02364"/>
    <w:rsid w:val="00F46866"/>
    <w:rsid w:val="00F80E16"/>
    <w:rsid w:val="00FB261B"/>
    <w:rsid w:val="00FC693F"/>
    <w:rsid w:val="00FF6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318590DD"/>
  <w14:defaultImageDpi w14:val="300"/>
  <w15:docId w15:val="{7C28C49F-D0F8-4114-A544-609ACE9AA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18">
    <w:name w:val="表 (格子)1"/>
    <w:basedOn w:val="a3"/>
    <w:next w:val="afe"/>
    <w:uiPriority w:val="39"/>
    <w:rsid w:val="008B0750"/>
    <w:pPr>
      <w:spacing w:after="0" w:line="240" w:lineRule="auto"/>
    </w:pPr>
    <w:rPr>
      <w:kern w:val="2"/>
      <w:sz w:val="21"/>
      <w:lang w:eastAsia="ja-JP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2">
    <w:name w:val="表 (格子)2"/>
    <w:basedOn w:val="a3"/>
    <w:next w:val="afe"/>
    <w:uiPriority w:val="39"/>
    <w:rsid w:val="008B0750"/>
    <w:pPr>
      <w:spacing w:after="0" w:line="240" w:lineRule="auto"/>
    </w:pPr>
    <w:rPr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">
    <w:name w:val="Date"/>
    <w:basedOn w:val="a1"/>
    <w:next w:val="a1"/>
    <w:link w:val="aff0"/>
    <w:uiPriority w:val="99"/>
    <w:semiHidden/>
    <w:unhideWhenUsed/>
    <w:rsid w:val="00F46866"/>
  </w:style>
  <w:style w:type="character" w:customStyle="1" w:styleId="aff0">
    <w:name w:val="日付 (文字)"/>
    <w:basedOn w:val="a2"/>
    <w:link w:val="aff"/>
    <w:uiPriority w:val="99"/>
    <w:semiHidden/>
    <w:rsid w:val="00F468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257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2026-01-13T10:27:00Z</cp:lastPrinted>
  <dcterms:created xsi:type="dcterms:W3CDTF">2026-06-03T06:26:00Z</dcterms:created>
  <dcterms:modified xsi:type="dcterms:W3CDTF">2026-09-13T03:57:00Z</dcterms:modified>
  <cp:category/>
</cp:coreProperties>
</file>