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04E2A" w14:textId="6935607B" w:rsidR="008B0750" w:rsidRPr="00F02364" w:rsidRDefault="008B0750" w:rsidP="00343296">
      <w:pPr>
        <w:widowControl w:val="0"/>
        <w:spacing w:after="0" w:line="32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bdr w:val="single" w:sz="4" w:space="0" w:color="auto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bdr w:val="single" w:sz="4" w:space="0" w:color="auto"/>
          <w:lang w:eastAsia="ja-JP"/>
        </w:rPr>
        <w:t>様式第１号</w:t>
      </w:r>
    </w:p>
    <w:p w14:paraId="75D39565" w14:textId="1CD9248C" w:rsidR="008B0750" w:rsidRPr="00F02364" w:rsidRDefault="008B0750" w:rsidP="00343296">
      <w:pPr>
        <w:widowControl w:val="0"/>
        <w:spacing w:after="0" w:line="32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1173282" w14:textId="7317C422" w:rsidR="008B0750" w:rsidRPr="00F02364" w:rsidRDefault="008B0750" w:rsidP="00343296">
      <w:pPr>
        <w:widowControl w:val="0"/>
        <w:spacing w:after="0" w:line="32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令和</w:t>
      </w:r>
      <w:r w:rsidR="00E7571B"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８</w:t>
      </w: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年　　月　　日</w:t>
      </w:r>
    </w:p>
    <w:p w14:paraId="01F997F2" w14:textId="77777777" w:rsidR="008B0750" w:rsidRPr="00F02364" w:rsidRDefault="008B0750" w:rsidP="00343296">
      <w:pPr>
        <w:widowControl w:val="0"/>
        <w:spacing w:after="0" w:line="32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F46D5E9" w14:textId="77777777" w:rsidR="008B0750" w:rsidRPr="00F02364" w:rsidRDefault="008B0750" w:rsidP="00343296">
      <w:pPr>
        <w:widowControl w:val="0"/>
        <w:spacing w:after="0" w:line="320" w:lineRule="exact"/>
        <w:ind w:firstLineChars="100" w:firstLine="21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 xml:space="preserve">　（あて先）八尾市長</w:t>
      </w:r>
    </w:p>
    <w:p w14:paraId="194D1942" w14:textId="77777777" w:rsidR="008B0750" w:rsidRPr="00F02364" w:rsidRDefault="008B0750" w:rsidP="00343296">
      <w:pPr>
        <w:widowControl w:val="0"/>
        <w:spacing w:after="0" w:line="320" w:lineRule="exact"/>
        <w:ind w:right="840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16922324" w14:textId="77777777" w:rsidR="00343296" w:rsidRPr="00F02364" w:rsidRDefault="00343296" w:rsidP="00343296">
      <w:pPr>
        <w:widowControl w:val="0"/>
        <w:spacing w:after="0" w:line="320" w:lineRule="exact"/>
        <w:ind w:right="840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ab/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ab/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ab/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ab/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ab/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ab/>
      </w:r>
    </w:p>
    <w:p w14:paraId="3C44D51E" w14:textId="79E20613" w:rsidR="008B0750" w:rsidRPr="00F02364" w:rsidRDefault="008B0750" w:rsidP="00343296">
      <w:pPr>
        <w:widowControl w:val="0"/>
        <w:spacing w:after="0" w:line="320" w:lineRule="exact"/>
        <w:ind w:left="3600" w:right="840" w:firstLine="720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住所又は所在地</w:t>
      </w:r>
    </w:p>
    <w:p w14:paraId="5A78D4A8" w14:textId="01AADAEA" w:rsidR="00343296" w:rsidRPr="00F02364" w:rsidRDefault="00343296" w:rsidP="00343296">
      <w:pPr>
        <w:widowControl w:val="0"/>
        <w:spacing w:after="0" w:line="320" w:lineRule="exact"/>
        <w:ind w:right="840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ab/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ab/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ab/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ab/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ab/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ab/>
      </w:r>
    </w:p>
    <w:p w14:paraId="37B0A270" w14:textId="6B7FCF5D" w:rsidR="008B0750" w:rsidRPr="00F02364" w:rsidRDefault="008B0750" w:rsidP="00343296">
      <w:pPr>
        <w:widowControl w:val="0"/>
        <w:spacing w:after="0" w:line="320" w:lineRule="exact"/>
        <w:ind w:left="3600" w:right="840" w:firstLine="720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商号又は名称</w:t>
      </w:r>
    </w:p>
    <w:p w14:paraId="0E54618E" w14:textId="43098838" w:rsidR="008B0750" w:rsidRPr="00F02364" w:rsidRDefault="00343296" w:rsidP="00343296">
      <w:pPr>
        <w:widowControl w:val="0"/>
        <w:spacing w:after="0" w:line="32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ab/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ab/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ab/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ab/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ab/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ab/>
      </w:r>
    </w:p>
    <w:p w14:paraId="562F4745" w14:textId="5A7D6DAA" w:rsidR="008B0750" w:rsidRPr="00F02364" w:rsidRDefault="008B0750" w:rsidP="00343296">
      <w:pPr>
        <w:widowControl w:val="0"/>
        <w:spacing w:after="0" w:line="320" w:lineRule="exact"/>
        <w:ind w:left="4320" w:right="840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代表者職氏名</w:t>
      </w:r>
    </w:p>
    <w:p w14:paraId="6ECE153B" w14:textId="77777777" w:rsidR="008B0750" w:rsidRPr="00F02364" w:rsidRDefault="008B0750" w:rsidP="00343296">
      <w:pPr>
        <w:widowControl w:val="0"/>
        <w:spacing w:after="0" w:line="32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7311593D" w14:textId="77777777" w:rsidR="008B0750" w:rsidRPr="00F02364" w:rsidRDefault="008B0750" w:rsidP="00343296">
      <w:pPr>
        <w:widowControl w:val="0"/>
        <w:spacing w:after="0" w:line="32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 xml:space="preserve">　　　　　　　　　　　　</w:t>
      </w:r>
    </w:p>
    <w:p w14:paraId="7B996D12" w14:textId="77777777" w:rsidR="008B0750" w:rsidRPr="00F02364" w:rsidRDefault="008B0750" w:rsidP="00343296">
      <w:pPr>
        <w:widowControl w:val="0"/>
        <w:spacing w:after="0" w:line="320" w:lineRule="exact"/>
        <w:jc w:val="center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質　問　書</w:t>
      </w:r>
    </w:p>
    <w:p w14:paraId="47FA4BBE" w14:textId="77777777" w:rsidR="008B0750" w:rsidRPr="00F02364" w:rsidRDefault="008B0750" w:rsidP="00343296">
      <w:pPr>
        <w:widowControl w:val="0"/>
        <w:spacing w:after="0" w:line="320" w:lineRule="exact"/>
        <w:jc w:val="both"/>
        <w:rPr>
          <w:rFonts w:ascii="游明朝" w:eastAsia="游明朝" w:hAnsi="游明朝" w:cs="Times New Roman"/>
          <w:kern w:val="2"/>
          <w:sz w:val="21"/>
          <w:szCs w:val="21"/>
          <w:lang w:eastAsia="ja-JP"/>
        </w:rPr>
      </w:pPr>
    </w:p>
    <w:p w14:paraId="683889C5" w14:textId="25A3FF36" w:rsidR="008B0750" w:rsidRPr="00F02364" w:rsidRDefault="00343296" w:rsidP="00343296">
      <w:pPr>
        <w:widowControl w:val="0"/>
        <w:spacing w:after="0" w:line="32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Theme="minorEastAsia" w:hAnsiTheme="minorEastAsia" w:hint="eastAsia"/>
          <w:sz w:val="21"/>
          <w:szCs w:val="21"/>
          <w:lang w:eastAsia="ja-JP"/>
        </w:rPr>
        <w:t>令和８年度八尾市道路台帳管理システム他3システム再構築業務</w:t>
      </w:r>
      <w:r w:rsidR="008B0750"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に係る公募型プロポーザルについて、次の事項を質問いたします。</w:t>
      </w:r>
    </w:p>
    <w:p w14:paraId="5C0A2AEC" w14:textId="77777777" w:rsidR="008B0750" w:rsidRPr="00F02364" w:rsidRDefault="008B0750" w:rsidP="00343296">
      <w:pPr>
        <w:widowControl w:val="0"/>
        <w:spacing w:after="0" w:line="32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5"/>
        <w:gridCol w:w="2652"/>
        <w:gridCol w:w="3767"/>
      </w:tblGrid>
      <w:tr w:rsidR="008B0750" w:rsidRPr="00F02364" w14:paraId="1AEB10B6" w14:textId="77777777" w:rsidTr="00AE3CB1">
        <w:tc>
          <w:tcPr>
            <w:tcW w:w="2075" w:type="dxa"/>
          </w:tcPr>
          <w:p w14:paraId="0D1D9035" w14:textId="77777777" w:rsidR="008B0750" w:rsidRPr="00F02364" w:rsidRDefault="008B0750" w:rsidP="00343296">
            <w:pPr>
              <w:widowControl w:val="0"/>
              <w:spacing w:after="0" w:line="320" w:lineRule="exact"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  <w:r w:rsidRPr="00F02364"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  <w:lang w:eastAsia="ja-JP"/>
              </w:rPr>
              <w:t>該当箇所・ページ</w:t>
            </w:r>
          </w:p>
        </w:tc>
        <w:tc>
          <w:tcPr>
            <w:tcW w:w="2652" w:type="dxa"/>
          </w:tcPr>
          <w:p w14:paraId="4231E705" w14:textId="77777777" w:rsidR="008B0750" w:rsidRPr="00F02364" w:rsidRDefault="008B0750" w:rsidP="00343296">
            <w:pPr>
              <w:widowControl w:val="0"/>
              <w:spacing w:after="0" w:line="320" w:lineRule="exact"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  <w:r w:rsidRPr="00F02364"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  <w:lang w:eastAsia="ja-JP"/>
              </w:rPr>
              <w:t>質　問　項　目</w:t>
            </w:r>
          </w:p>
        </w:tc>
        <w:tc>
          <w:tcPr>
            <w:tcW w:w="3767" w:type="dxa"/>
          </w:tcPr>
          <w:p w14:paraId="0F787346" w14:textId="77777777" w:rsidR="008B0750" w:rsidRPr="00F02364" w:rsidRDefault="008B0750" w:rsidP="00343296">
            <w:pPr>
              <w:widowControl w:val="0"/>
              <w:spacing w:after="0" w:line="320" w:lineRule="exact"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  <w:r w:rsidRPr="00F02364"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  <w:lang w:eastAsia="ja-JP"/>
              </w:rPr>
              <w:t>要　　旨</w:t>
            </w:r>
          </w:p>
        </w:tc>
      </w:tr>
      <w:tr w:rsidR="008B0750" w:rsidRPr="00F02364" w14:paraId="66DD823D" w14:textId="77777777" w:rsidTr="00AE3CB1">
        <w:trPr>
          <w:trHeight w:val="988"/>
        </w:trPr>
        <w:tc>
          <w:tcPr>
            <w:tcW w:w="2075" w:type="dxa"/>
          </w:tcPr>
          <w:p w14:paraId="46ECC625" w14:textId="77777777" w:rsidR="008B0750" w:rsidRPr="00F02364" w:rsidRDefault="008B0750" w:rsidP="00343296">
            <w:pPr>
              <w:widowControl w:val="0"/>
              <w:spacing w:after="0" w:line="320" w:lineRule="exact"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2652" w:type="dxa"/>
          </w:tcPr>
          <w:p w14:paraId="047A63D8" w14:textId="77777777" w:rsidR="008B0750" w:rsidRPr="00F02364" w:rsidRDefault="008B0750" w:rsidP="00343296">
            <w:pPr>
              <w:widowControl w:val="0"/>
              <w:spacing w:after="0" w:line="320" w:lineRule="exact"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3767" w:type="dxa"/>
          </w:tcPr>
          <w:p w14:paraId="6655063F" w14:textId="77777777" w:rsidR="008B0750" w:rsidRPr="00F02364" w:rsidRDefault="008B0750" w:rsidP="00343296">
            <w:pPr>
              <w:widowControl w:val="0"/>
              <w:spacing w:after="0" w:line="320" w:lineRule="exact"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8B0750" w:rsidRPr="00F02364" w14:paraId="64C18C69" w14:textId="77777777" w:rsidTr="00AE3CB1">
        <w:trPr>
          <w:trHeight w:val="988"/>
        </w:trPr>
        <w:tc>
          <w:tcPr>
            <w:tcW w:w="2075" w:type="dxa"/>
          </w:tcPr>
          <w:p w14:paraId="5ADA58D1" w14:textId="77777777" w:rsidR="008B0750" w:rsidRPr="00F02364" w:rsidRDefault="008B0750" w:rsidP="00343296">
            <w:pPr>
              <w:widowControl w:val="0"/>
              <w:spacing w:after="0" w:line="320" w:lineRule="exact"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2652" w:type="dxa"/>
          </w:tcPr>
          <w:p w14:paraId="058E3108" w14:textId="77777777" w:rsidR="008B0750" w:rsidRPr="00F02364" w:rsidRDefault="008B0750" w:rsidP="00343296">
            <w:pPr>
              <w:widowControl w:val="0"/>
              <w:spacing w:after="0" w:line="320" w:lineRule="exact"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3767" w:type="dxa"/>
          </w:tcPr>
          <w:p w14:paraId="3AFBB0FC" w14:textId="77777777" w:rsidR="008B0750" w:rsidRPr="00F02364" w:rsidRDefault="008B0750" w:rsidP="00343296">
            <w:pPr>
              <w:widowControl w:val="0"/>
              <w:spacing w:after="0" w:line="320" w:lineRule="exact"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8B0750" w:rsidRPr="00F02364" w14:paraId="11F0A1BA" w14:textId="77777777" w:rsidTr="00AE3CB1">
        <w:trPr>
          <w:trHeight w:val="988"/>
        </w:trPr>
        <w:tc>
          <w:tcPr>
            <w:tcW w:w="2075" w:type="dxa"/>
          </w:tcPr>
          <w:p w14:paraId="70348251" w14:textId="77777777" w:rsidR="008B0750" w:rsidRPr="00F02364" w:rsidRDefault="008B0750" w:rsidP="00343296">
            <w:pPr>
              <w:widowControl w:val="0"/>
              <w:spacing w:after="0" w:line="320" w:lineRule="exact"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2652" w:type="dxa"/>
          </w:tcPr>
          <w:p w14:paraId="29784607" w14:textId="77777777" w:rsidR="008B0750" w:rsidRPr="00F02364" w:rsidRDefault="008B0750" w:rsidP="00343296">
            <w:pPr>
              <w:widowControl w:val="0"/>
              <w:spacing w:after="0" w:line="320" w:lineRule="exact"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3767" w:type="dxa"/>
          </w:tcPr>
          <w:p w14:paraId="062343E7" w14:textId="77777777" w:rsidR="008B0750" w:rsidRPr="00F02364" w:rsidRDefault="008B0750" w:rsidP="00343296">
            <w:pPr>
              <w:widowControl w:val="0"/>
              <w:spacing w:after="0" w:line="320" w:lineRule="exact"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8B0750" w:rsidRPr="00F02364" w14:paraId="02C38C51" w14:textId="77777777" w:rsidTr="00AE3CB1">
        <w:trPr>
          <w:trHeight w:val="988"/>
        </w:trPr>
        <w:tc>
          <w:tcPr>
            <w:tcW w:w="2075" w:type="dxa"/>
          </w:tcPr>
          <w:p w14:paraId="577927DF" w14:textId="77777777" w:rsidR="008B0750" w:rsidRPr="00F02364" w:rsidRDefault="008B0750" w:rsidP="00343296">
            <w:pPr>
              <w:widowControl w:val="0"/>
              <w:spacing w:after="0" w:line="320" w:lineRule="exact"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2652" w:type="dxa"/>
          </w:tcPr>
          <w:p w14:paraId="5DFB84E7" w14:textId="77777777" w:rsidR="008B0750" w:rsidRPr="00F02364" w:rsidRDefault="008B0750" w:rsidP="00343296">
            <w:pPr>
              <w:widowControl w:val="0"/>
              <w:spacing w:after="0" w:line="320" w:lineRule="exact"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3767" w:type="dxa"/>
          </w:tcPr>
          <w:p w14:paraId="15268B88" w14:textId="77777777" w:rsidR="008B0750" w:rsidRPr="00F02364" w:rsidRDefault="008B0750" w:rsidP="00343296">
            <w:pPr>
              <w:widowControl w:val="0"/>
              <w:spacing w:after="0" w:line="320" w:lineRule="exact"/>
              <w:jc w:val="both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</w:p>
        </w:tc>
      </w:tr>
    </w:tbl>
    <w:p w14:paraId="22EAC3D6" w14:textId="77777777" w:rsidR="008B0750" w:rsidRPr="00F02364" w:rsidRDefault="008B0750" w:rsidP="00343296">
      <w:pPr>
        <w:widowControl w:val="0"/>
        <w:spacing w:after="0" w:line="32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2367BC5E" w14:textId="77777777" w:rsidR="008B0750" w:rsidRPr="00F02364" w:rsidRDefault="008B0750" w:rsidP="00343296">
      <w:pPr>
        <w:widowControl w:val="0"/>
        <w:spacing w:after="0" w:line="320" w:lineRule="exact"/>
        <w:ind w:firstLineChars="2200" w:firstLine="462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＜連絡先＞</w:t>
      </w:r>
    </w:p>
    <w:p w14:paraId="5DB22189" w14:textId="77777777" w:rsidR="008B0750" w:rsidRPr="00F02364" w:rsidRDefault="008B0750" w:rsidP="00343296">
      <w:pPr>
        <w:widowControl w:val="0"/>
        <w:spacing w:after="0" w:line="320" w:lineRule="exact"/>
        <w:ind w:leftChars="2300" w:left="506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部　署　：</w:t>
      </w:r>
    </w:p>
    <w:p w14:paraId="15BD783D" w14:textId="77777777" w:rsidR="008B0750" w:rsidRPr="00F02364" w:rsidRDefault="008B0750" w:rsidP="00343296">
      <w:pPr>
        <w:widowControl w:val="0"/>
        <w:spacing w:after="0" w:line="320" w:lineRule="exact"/>
        <w:ind w:leftChars="2300" w:left="506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担当者　：</w:t>
      </w:r>
    </w:p>
    <w:p w14:paraId="20BA6C1E" w14:textId="77777777" w:rsidR="008B0750" w:rsidRPr="00F02364" w:rsidRDefault="008B0750" w:rsidP="00343296">
      <w:pPr>
        <w:widowControl w:val="0"/>
        <w:spacing w:after="0" w:line="320" w:lineRule="exact"/>
        <w:ind w:leftChars="2300" w:left="506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ＴＥＬ　：</w:t>
      </w:r>
    </w:p>
    <w:p w14:paraId="2AD277F7" w14:textId="77777777" w:rsidR="008B0750" w:rsidRPr="00F02364" w:rsidRDefault="008B0750" w:rsidP="00343296">
      <w:pPr>
        <w:widowControl w:val="0"/>
        <w:spacing w:after="0" w:line="320" w:lineRule="exact"/>
        <w:ind w:leftChars="2300" w:left="506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Ｅ-mail</w:t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 xml:space="preserve"> </w:t>
      </w: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：</w:t>
      </w:r>
    </w:p>
    <w:p w14:paraId="542151A9" w14:textId="77777777" w:rsidR="00343296" w:rsidRPr="00F02364" w:rsidRDefault="00343296" w:rsidP="00343296">
      <w:pPr>
        <w:widowControl w:val="0"/>
        <w:spacing w:after="0" w:line="320" w:lineRule="exact"/>
        <w:ind w:leftChars="2300" w:left="506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sectPr w:rsidR="00343296" w:rsidRPr="00F02364" w:rsidSect="00E46097">
      <w:pgSz w:w="11906" w:h="16838" w:code="9"/>
      <w:pgMar w:top="1440" w:right="1701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22714" w14:textId="77777777" w:rsidR="00AE193C" w:rsidRDefault="00AE193C" w:rsidP="00AE193C">
      <w:pPr>
        <w:spacing w:after="0" w:line="240" w:lineRule="auto"/>
      </w:pPr>
      <w:r>
        <w:separator/>
      </w:r>
    </w:p>
  </w:endnote>
  <w:endnote w:type="continuationSeparator" w:id="0">
    <w:p w14:paraId="1D38CE11" w14:textId="77777777" w:rsidR="00AE193C" w:rsidRDefault="00AE193C" w:rsidP="00AE1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8149E" w14:textId="77777777" w:rsidR="00AE193C" w:rsidRDefault="00AE193C" w:rsidP="00AE193C">
      <w:pPr>
        <w:spacing w:after="0" w:line="240" w:lineRule="auto"/>
      </w:pPr>
      <w:r>
        <w:separator/>
      </w:r>
    </w:p>
  </w:footnote>
  <w:footnote w:type="continuationSeparator" w:id="0">
    <w:p w14:paraId="5D6CE7F0" w14:textId="77777777" w:rsidR="00AE193C" w:rsidRDefault="00AE193C" w:rsidP="00AE19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1B1348"/>
    <w:multiLevelType w:val="hybridMultilevel"/>
    <w:tmpl w:val="585EA240"/>
    <w:lvl w:ilvl="0" w:tplc="DEE8F504">
      <w:start w:val="1"/>
      <w:numFmt w:val="decimal"/>
      <w:lvlText w:val="（%1）"/>
      <w:lvlJc w:val="left"/>
      <w:pPr>
        <w:ind w:left="7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318" w:hanging="440"/>
      </w:pPr>
    </w:lvl>
    <w:lvl w:ilvl="3" w:tplc="0409000F" w:tentative="1">
      <w:start w:val="1"/>
      <w:numFmt w:val="decimal"/>
      <w:lvlText w:val="%4."/>
      <w:lvlJc w:val="left"/>
      <w:pPr>
        <w:ind w:left="1758" w:hanging="440"/>
      </w:pPr>
    </w:lvl>
    <w:lvl w:ilvl="4" w:tplc="04090017" w:tentative="1">
      <w:start w:val="1"/>
      <w:numFmt w:val="aiueoFullWidth"/>
      <w:lvlText w:val="(%5)"/>
      <w:lvlJc w:val="left"/>
      <w:pPr>
        <w:ind w:left="2198" w:hanging="440"/>
      </w:pPr>
    </w:lvl>
    <w:lvl w:ilvl="5" w:tplc="04090011" w:tentative="1">
      <w:start w:val="1"/>
      <w:numFmt w:val="decimalEnclosedCircle"/>
      <w:lvlText w:val="%6"/>
      <w:lvlJc w:val="left"/>
      <w:pPr>
        <w:ind w:left="2638" w:hanging="440"/>
      </w:pPr>
    </w:lvl>
    <w:lvl w:ilvl="6" w:tplc="0409000F" w:tentative="1">
      <w:start w:val="1"/>
      <w:numFmt w:val="decimal"/>
      <w:lvlText w:val="%7."/>
      <w:lvlJc w:val="left"/>
      <w:pPr>
        <w:ind w:left="3078" w:hanging="440"/>
      </w:pPr>
    </w:lvl>
    <w:lvl w:ilvl="7" w:tplc="04090017" w:tentative="1">
      <w:start w:val="1"/>
      <w:numFmt w:val="aiueoFullWidth"/>
      <w:lvlText w:val="(%8)"/>
      <w:lvlJc w:val="left"/>
      <w:pPr>
        <w:ind w:left="3518" w:hanging="44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40"/>
      </w:pPr>
    </w:lvl>
  </w:abstractNum>
  <w:abstractNum w:abstractNumId="10" w15:restartNumberingAfterBreak="0">
    <w:nsid w:val="13B41472"/>
    <w:multiLevelType w:val="hybridMultilevel"/>
    <w:tmpl w:val="2E606D2C"/>
    <w:lvl w:ilvl="0" w:tplc="7DD272E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16E27F46"/>
    <w:multiLevelType w:val="hybridMultilevel"/>
    <w:tmpl w:val="0332F428"/>
    <w:lvl w:ilvl="0" w:tplc="4F14025E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1BB772AA"/>
    <w:multiLevelType w:val="hybridMultilevel"/>
    <w:tmpl w:val="A6F0EC30"/>
    <w:lvl w:ilvl="0" w:tplc="B0B0D9DE">
      <w:start w:val="1"/>
      <w:numFmt w:val="decimal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0D36521"/>
    <w:multiLevelType w:val="hybridMultilevel"/>
    <w:tmpl w:val="4C9EDD68"/>
    <w:lvl w:ilvl="0" w:tplc="AB4C26EA">
      <w:start w:val="1"/>
      <w:numFmt w:val="decimal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2" w:hanging="440"/>
      </w:pPr>
    </w:lvl>
    <w:lvl w:ilvl="3" w:tplc="0409000F" w:tentative="1">
      <w:start w:val="1"/>
      <w:numFmt w:val="decimal"/>
      <w:lvlText w:val="%4."/>
      <w:lvlJc w:val="left"/>
      <w:pPr>
        <w:ind w:left="1762" w:hanging="440"/>
      </w:pPr>
    </w:lvl>
    <w:lvl w:ilvl="4" w:tplc="04090017" w:tentative="1">
      <w:start w:val="1"/>
      <w:numFmt w:val="aiueoFullWidth"/>
      <w:lvlText w:val="(%5)"/>
      <w:lvlJc w:val="left"/>
      <w:pPr>
        <w:ind w:left="2202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2" w:hanging="440"/>
      </w:pPr>
    </w:lvl>
    <w:lvl w:ilvl="6" w:tplc="0409000F" w:tentative="1">
      <w:start w:val="1"/>
      <w:numFmt w:val="decimal"/>
      <w:lvlText w:val="%7."/>
      <w:lvlJc w:val="left"/>
      <w:pPr>
        <w:ind w:left="3082" w:hanging="440"/>
      </w:pPr>
    </w:lvl>
    <w:lvl w:ilvl="7" w:tplc="04090017" w:tentative="1">
      <w:start w:val="1"/>
      <w:numFmt w:val="aiueoFullWidth"/>
      <w:lvlText w:val="(%8)"/>
      <w:lvlJc w:val="left"/>
      <w:pPr>
        <w:ind w:left="3522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2" w:hanging="440"/>
      </w:pPr>
    </w:lvl>
  </w:abstractNum>
  <w:abstractNum w:abstractNumId="14" w15:restartNumberingAfterBreak="0">
    <w:nsid w:val="21317DAE"/>
    <w:multiLevelType w:val="hybridMultilevel"/>
    <w:tmpl w:val="E42CEC02"/>
    <w:lvl w:ilvl="0" w:tplc="40043502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5" w15:restartNumberingAfterBreak="0">
    <w:nsid w:val="3273272C"/>
    <w:multiLevelType w:val="hybridMultilevel"/>
    <w:tmpl w:val="FFBECBC2"/>
    <w:lvl w:ilvl="0" w:tplc="E74CDD1C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6" w15:restartNumberingAfterBreak="0">
    <w:nsid w:val="34CD51F3"/>
    <w:multiLevelType w:val="hybridMultilevel"/>
    <w:tmpl w:val="5D32C4C4"/>
    <w:lvl w:ilvl="0" w:tplc="D9180E20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7" w15:restartNumberingAfterBreak="0">
    <w:nsid w:val="38E73900"/>
    <w:multiLevelType w:val="hybridMultilevel"/>
    <w:tmpl w:val="0FE40810"/>
    <w:lvl w:ilvl="0" w:tplc="F6D85AA0">
      <w:start w:val="1"/>
      <w:numFmt w:val="decimalFullWidth"/>
      <w:lvlText w:val="%1．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AE63BA6"/>
    <w:multiLevelType w:val="hybridMultilevel"/>
    <w:tmpl w:val="47F28FA4"/>
    <w:lvl w:ilvl="0" w:tplc="EF5070EA">
      <w:start w:val="1"/>
      <w:numFmt w:val="decimalFullWidth"/>
      <w:lvlText w:val="%1．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36A5587"/>
    <w:multiLevelType w:val="hybridMultilevel"/>
    <w:tmpl w:val="DE5C0802"/>
    <w:lvl w:ilvl="0" w:tplc="836E724A">
      <w:start w:val="1"/>
      <w:numFmt w:val="decimalFullWidth"/>
      <w:lvlText w:val="%1."/>
      <w:lvlJc w:val="left"/>
      <w:pPr>
        <w:ind w:left="510" w:hanging="51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5E180044"/>
    <w:multiLevelType w:val="hybridMultilevel"/>
    <w:tmpl w:val="C848EBB6"/>
    <w:lvl w:ilvl="0" w:tplc="5F4EB1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78762FD"/>
    <w:multiLevelType w:val="hybridMultilevel"/>
    <w:tmpl w:val="AD28493E"/>
    <w:lvl w:ilvl="0" w:tplc="0A6AE40A">
      <w:start w:val="1"/>
      <w:numFmt w:val="decimal"/>
      <w:lvlText w:val="（%1）"/>
      <w:lvlJc w:val="left"/>
      <w:pPr>
        <w:ind w:left="1305" w:hanging="720"/>
      </w:pPr>
      <w:rPr>
        <w:rFonts w:hint="default"/>
      </w:rPr>
    </w:lvl>
    <w:lvl w:ilvl="1" w:tplc="357AF1D0">
      <w:start w:val="1"/>
      <w:numFmt w:val="decimalFullWidth"/>
      <w:lvlText w:val="%2．"/>
      <w:lvlJc w:val="left"/>
      <w:pPr>
        <w:ind w:left="1385" w:hanging="360"/>
      </w:pPr>
      <w:rPr>
        <w:rFonts w:asciiTheme="minorHAnsi" w:eastAsiaTheme="minorEastAsia" w:hAnsiTheme="minorHAnsi" w:hint="default"/>
      </w:rPr>
    </w:lvl>
    <w:lvl w:ilvl="2" w:tplc="04090011">
      <w:start w:val="1"/>
      <w:numFmt w:val="decimalEnclosedCircle"/>
      <w:lvlText w:val="%3"/>
      <w:lvlJc w:val="left"/>
      <w:pPr>
        <w:ind w:left="1905" w:hanging="440"/>
      </w:pPr>
    </w:lvl>
    <w:lvl w:ilvl="3" w:tplc="0409000F">
      <w:start w:val="1"/>
      <w:numFmt w:val="decimal"/>
      <w:lvlText w:val="%4."/>
      <w:lvlJc w:val="left"/>
      <w:pPr>
        <w:ind w:left="2345" w:hanging="440"/>
      </w:pPr>
    </w:lvl>
    <w:lvl w:ilvl="4" w:tplc="04090017" w:tentative="1">
      <w:start w:val="1"/>
      <w:numFmt w:val="aiueoFullWidth"/>
      <w:lvlText w:val="(%5)"/>
      <w:lvlJc w:val="left"/>
      <w:pPr>
        <w:ind w:left="2785" w:hanging="44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40"/>
      </w:pPr>
    </w:lvl>
    <w:lvl w:ilvl="6" w:tplc="0409000F" w:tentative="1">
      <w:start w:val="1"/>
      <w:numFmt w:val="decimal"/>
      <w:lvlText w:val="%7."/>
      <w:lvlJc w:val="left"/>
      <w:pPr>
        <w:ind w:left="3665" w:hanging="440"/>
      </w:pPr>
    </w:lvl>
    <w:lvl w:ilvl="7" w:tplc="04090017" w:tentative="1">
      <w:start w:val="1"/>
      <w:numFmt w:val="aiueoFullWidth"/>
      <w:lvlText w:val="(%8)"/>
      <w:lvlJc w:val="left"/>
      <w:pPr>
        <w:ind w:left="41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40"/>
      </w:pPr>
    </w:lvl>
  </w:abstractNum>
  <w:abstractNum w:abstractNumId="22" w15:restartNumberingAfterBreak="0">
    <w:nsid w:val="695247F2"/>
    <w:multiLevelType w:val="hybridMultilevel"/>
    <w:tmpl w:val="91282F30"/>
    <w:lvl w:ilvl="0" w:tplc="1D0E016A">
      <w:start w:val="10"/>
      <w:numFmt w:val="decimal"/>
      <w:lvlText w:val="%1."/>
      <w:lvlJc w:val="left"/>
      <w:pPr>
        <w:ind w:left="360" w:hanging="360"/>
      </w:pPr>
      <w:rPr>
        <w:rFonts w:asciiTheme="minorEastAsia" w:eastAsia="ＭＳ 明朝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765A3E69"/>
    <w:multiLevelType w:val="hybridMultilevel"/>
    <w:tmpl w:val="B92088C0"/>
    <w:lvl w:ilvl="0" w:tplc="0FB8705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77443BD4"/>
    <w:multiLevelType w:val="hybridMultilevel"/>
    <w:tmpl w:val="E00E3984"/>
    <w:lvl w:ilvl="0" w:tplc="01067A2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9"/>
  </w:num>
  <w:num w:numId="11">
    <w:abstractNumId w:val="18"/>
  </w:num>
  <w:num w:numId="12">
    <w:abstractNumId w:val="12"/>
  </w:num>
  <w:num w:numId="13">
    <w:abstractNumId w:val="21"/>
  </w:num>
  <w:num w:numId="14">
    <w:abstractNumId w:val="11"/>
  </w:num>
  <w:num w:numId="15">
    <w:abstractNumId w:val="22"/>
  </w:num>
  <w:num w:numId="16">
    <w:abstractNumId w:val="20"/>
  </w:num>
  <w:num w:numId="17">
    <w:abstractNumId w:val="10"/>
  </w:num>
  <w:num w:numId="18">
    <w:abstractNumId w:val="15"/>
  </w:num>
  <w:num w:numId="19">
    <w:abstractNumId w:val="16"/>
  </w:num>
  <w:num w:numId="20">
    <w:abstractNumId w:val="23"/>
  </w:num>
  <w:num w:numId="21">
    <w:abstractNumId w:val="9"/>
  </w:num>
  <w:num w:numId="22">
    <w:abstractNumId w:val="13"/>
  </w:num>
  <w:num w:numId="23">
    <w:abstractNumId w:val="14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014"/>
    <w:rsid w:val="0006063C"/>
    <w:rsid w:val="00062148"/>
    <w:rsid w:val="000F2520"/>
    <w:rsid w:val="001024F8"/>
    <w:rsid w:val="001443EA"/>
    <w:rsid w:val="00147271"/>
    <w:rsid w:val="0015074B"/>
    <w:rsid w:val="00160DA5"/>
    <w:rsid w:val="001F36A0"/>
    <w:rsid w:val="00207505"/>
    <w:rsid w:val="00242F0A"/>
    <w:rsid w:val="00262C1D"/>
    <w:rsid w:val="0029639D"/>
    <w:rsid w:val="002A6A5B"/>
    <w:rsid w:val="002D5C18"/>
    <w:rsid w:val="00326F90"/>
    <w:rsid w:val="00331F10"/>
    <w:rsid w:val="00343296"/>
    <w:rsid w:val="00361B19"/>
    <w:rsid w:val="00364935"/>
    <w:rsid w:val="00374D52"/>
    <w:rsid w:val="003938CB"/>
    <w:rsid w:val="003C493D"/>
    <w:rsid w:val="003D3019"/>
    <w:rsid w:val="003E0135"/>
    <w:rsid w:val="003F6BD9"/>
    <w:rsid w:val="005016F3"/>
    <w:rsid w:val="00565F78"/>
    <w:rsid w:val="005804EF"/>
    <w:rsid w:val="005B3169"/>
    <w:rsid w:val="005C4383"/>
    <w:rsid w:val="00612DC4"/>
    <w:rsid w:val="00653386"/>
    <w:rsid w:val="0068038E"/>
    <w:rsid w:val="007724E7"/>
    <w:rsid w:val="00792EC5"/>
    <w:rsid w:val="007E2473"/>
    <w:rsid w:val="007F5E34"/>
    <w:rsid w:val="008507CF"/>
    <w:rsid w:val="00860CF6"/>
    <w:rsid w:val="00887E30"/>
    <w:rsid w:val="008B0750"/>
    <w:rsid w:val="00931FD0"/>
    <w:rsid w:val="009C1FE1"/>
    <w:rsid w:val="009C7BD5"/>
    <w:rsid w:val="009D789D"/>
    <w:rsid w:val="00A415BD"/>
    <w:rsid w:val="00A54A3B"/>
    <w:rsid w:val="00A84BA4"/>
    <w:rsid w:val="00AA1D8D"/>
    <w:rsid w:val="00AA6BFB"/>
    <w:rsid w:val="00AE193C"/>
    <w:rsid w:val="00B47730"/>
    <w:rsid w:val="00B84B93"/>
    <w:rsid w:val="00C30AC1"/>
    <w:rsid w:val="00C334E6"/>
    <w:rsid w:val="00C63D87"/>
    <w:rsid w:val="00C85F04"/>
    <w:rsid w:val="00CB0664"/>
    <w:rsid w:val="00CD7087"/>
    <w:rsid w:val="00CF53AF"/>
    <w:rsid w:val="00D77204"/>
    <w:rsid w:val="00DC7739"/>
    <w:rsid w:val="00E00DAD"/>
    <w:rsid w:val="00E3383C"/>
    <w:rsid w:val="00E46097"/>
    <w:rsid w:val="00E52CA6"/>
    <w:rsid w:val="00E632E9"/>
    <w:rsid w:val="00E7571B"/>
    <w:rsid w:val="00EA085B"/>
    <w:rsid w:val="00F02364"/>
    <w:rsid w:val="00F46866"/>
    <w:rsid w:val="00F80E16"/>
    <w:rsid w:val="00FB261B"/>
    <w:rsid w:val="00FC693F"/>
    <w:rsid w:val="00FF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18590DD"/>
  <w14:defaultImageDpi w14:val="300"/>
  <w15:docId w15:val="{7C28C49F-D0F8-4114-A544-609ACE9AA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8">
    <w:name w:val="表 (格子)1"/>
    <w:basedOn w:val="a3"/>
    <w:next w:val="afe"/>
    <w:uiPriority w:val="39"/>
    <w:rsid w:val="008B0750"/>
    <w:pPr>
      <w:spacing w:after="0" w:line="240" w:lineRule="auto"/>
    </w:pPr>
    <w:rPr>
      <w:kern w:val="2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2">
    <w:name w:val="表 (格子)2"/>
    <w:basedOn w:val="a3"/>
    <w:next w:val="afe"/>
    <w:uiPriority w:val="39"/>
    <w:rsid w:val="008B0750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Date"/>
    <w:basedOn w:val="a1"/>
    <w:next w:val="a1"/>
    <w:link w:val="aff0"/>
    <w:uiPriority w:val="99"/>
    <w:semiHidden/>
    <w:unhideWhenUsed/>
    <w:rsid w:val="00F46866"/>
  </w:style>
  <w:style w:type="character" w:customStyle="1" w:styleId="aff0">
    <w:name w:val="日付 (文字)"/>
    <w:basedOn w:val="a2"/>
    <w:link w:val="aff"/>
    <w:uiPriority w:val="99"/>
    <w:semiHidden/>
    <w:rsid w:val="00F46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2026-01-13T10:27:00Z</cp:lastPrinted>
  <dcterms:created xsi:type="dcterms:W3CDTF">2026-06-03T06:26:00Z</dcterms:created>
  <dcterms:modified xsi:type="dcterms:W3CDTF">2026-09-13T03:53:00Z</dcterms:modified>
  <cp:category/>
</cp:coreProperties>
</file>